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850"/>
        <w:gridCol w:w="709"/>
        <w:gridCol w:w="1162"/>
        <w:gridCol w:w="2863"/>
        <w:gridCol w:w="1417"/>
        <w:gridCol w:w="2608"/>
      </w:tblGrid>
      <w:tr w:rsidR="00D76421" w14:paraId="3950F578" w14:textId="77777777">
        <w:trPr>
          <w:jc w:val="center"/>
        </w:trPr>
        <w:tc>
          <w:tcPr>
            <w:tcW w:w="10885" w:type="dxa"/>
            <w:gridSpan w:val="7"/>
            <w:vAlign w:val="center"/>
          </w:tcPr>
          <w:p w14:paraId="416E2367" w14:textId="77777777" w:rsidR="00D76421" w:rsidRDefault="00000000">
            <w:pPr>
              <w:jc w:val="center"/>
            </w:pPr>
            <w:r>
              <w:rPr>
                <w:b/>
                <w:sz w:val="22"/>
              </w:rPr>
              <w:t>NÖHÜ – Türk Musikisi Devlet Konservatuvarı</w:t>
            </w:r>
            <w:r>
              <w:rPr>
                <w:b/>
                <w:sz w:val="22"/>
              </w:rPr>
              <w:br/>
              <w:t>Ses Eğitimi Bölümü</w:t>
            </w:r>
            <w:r>
              <w:rPr>
                <w:b/>
                <w:sz w:val="22"/>
              </w:rPr>
              <w:br/>
              <w:t>2026-2027 Öğretim Yılı Güz Yarıyılı Ara Sınav Programı</w:t>
            </w:r>
          </w:p>
        </w:tc>
      </w:tr>
      <w:tr w:rsidR="00D76421" w14:paraId="7B4A9DF3" w14:textId="77777777" w:rsidTr="00947454">
        <w:trPr>
          <w:jc w:val="center"/>
        </w:trPr>
        <w:tc>
          <w:tcPr>
            <w:tcW w:w="1276" w:type="dxa"/>
            <w:vAlign w:val="center"/>
          </w:tcPr>
          <w:p w14:paraId="71E5C845" w14:textId="77777777" w:rsidR="00D76421" w:rsidRDefault="00000000">
            <w:pPr>
              <w:jc w:val="center"/>
            </w:pPr>
            <w:r>
              <w:t>GÜNÜ</w:t>
            </w:r>
          </w:p>
        </w:tc>
        <w:tc>
          <w:tcPr>
            <w:tcW w:w="850" w:type="dxa"/>
            <w:vAlign w:val="center"/>
          </w:tcPr>
          <w:p w14:paraId="1740EA71" w14:textId="77777777" w:rsidR="00D76421" w:rsidRDefault="00000000">
            <w:pPr>
              <w:jc w:val="center"/>
            </w:pPr>
            <w:r>
              <w:t>SAATİ</w:t>
            </w:r>
          </w:p>
        </w:tc>
        <w:tc>
          <w:tcPr>
            <w:tcW w:w="709" w:type="dxa"/>
            <w:vAlign w:val="center"/>
          </w:tcPr>
          <w:p w14:paraId="306EAFC4" w14:textId="77777777" w:rsidR="00D76421" w:rsidRDefault="00000000">
            <w:pPr>
              <w:jc w:val="center"/>
            </w:pPr>
            <w:r>
              <w:t>SINIFI</w:t>
            </w:r>
          </w:p>
        </w:tc>
        <w:tc>
          <w:tcPr>
            <w:tcW w:w="1162" w:type="dxa"/>
            <w:vAlign w:val="center"/>
          </w:tcPr>
          <w:p w14:paraId="2159CD51" w14:textId="77777777" w:rsidR="00D76421" w:rsidRDefault="00000000">
            <w:pPr>
              <w:jc w:val="center"/>
            </w:pPr>
            <w:r>
              <w:t>KODU</w:t>
            </w:r>
          </w:p>
        </w:tc>
        <w:tc>
          <w:tcPr>
            <w:tcW w:w="2863" w:type="dxa"/>
            <w:vAlign w:val="center"/>
          </w:tcPr>
          <w:p w14:paraId="0D267179" w14:textId="77777777" w:rsidR="00D76421" w:rsidRDefault="00000000">
            <w:pPr>
              <w:jc w:val="center"/>
            </w:pPr>
            <w:r>
              <w:t>DERS ADI</w:t>
            </w:r>
          </w:p>
        </w:tc>
        <w:tc>
          <w:tcPr>
            <w:tcW w:w="1417" w:type="dxa"/>
            <w:vAlign w:val="center"/>
          </w:tcPr>
          <w:p w14:paraId="16DBE8A8" w14:textId="77777777" w:rsidR="00D76421" w:rsidRDefault="00000000">
            <w:pPr>
              <w:jc w:val="center"/>
            </w:pPr>
            <w:r>
              <w:t>DERSLİK</w:t>
            </w:r>
          </w:p>
        </w:tc>
        <w:tc>
          <w:tcPr>
            <w:tcW w:w="2608" w:type="dxa"/>
            <w:vAlign w:val="center"/>
          </w:tcPr>
          <w:p w14:paraId="0D792344" w14:textId="77777777" w:rsidR="00D76421" w:rsidRDefault="00000000">
            <w:pPr>
              <w:jc w:val="center"/>
            </w:pPr>
            <w:r>
              <w:t>Öğretim Elemanı</w:t>
            </w:r>
          </w:p>
        </w:tc>
      </w:tr>
      <w:tr w:rsidR="00D76421" w14:paraId="539CC1F9" w14:textId="77777777" w:rsidTr="00947454">
        <w:trPr>
          <w:trHeight w:val="403"/>
          <w:jc w:val="center"/>
        </w:trPr>
        <w:tc>
          <w:tcPr>
            <w:tcW w:w="1276" w:type="dxa"/>
            <w:vMerge w:val="restart"/>
            <w:vAlign w:val="center"/>
          </w:tcPr>
          <w:p w14:paraId="789A6098" w14:textId="77777777" w:rsidR="00D76421" w:rsidRDefault="00000000">
            <w:pPr>
              <w:jc w:val="center"/>
            </w:pPr>
            <w:r>
              <w:t>09.11.2026</w:t>
            </w:r>
            <w:r>
              <w:br/>
              <w:t>Pazartesi</w:t>
            </w:r>
          </w:p>
        </w:tc>
        <w:tc>
          <w:tcPr>
            <w:tcW w:w="850" w:type="dxa"/>
            <w:vMerge w:val="restart"/>
            <w:vAlign w:val="center"/>
          </w:tcPr>
          <w:p w14:paraId="5578A805" w14:textId="77777777" w:rsidR="00D76421" w:rsidRDefault="00000000">
            <w:pPr>
              <w:jc w:val="center"/>
            </w:pPr>
            <w:r>
              <w:rPr>
                <w:color w:val="FF0000"/>
              </w:rPr>
              <w:t>10.00</w:t>
            </w:r>
          </w:p>
          <w:p w14:paraId="10D2AAF3" w14:textId="77777777" w:rsidR="00D76421" w:rsidRDefault="00D76421">
            <w:pPr>
              <w:jc w:val="center"/>
            </w:pPr>
          </w:p>
          <w:p w14:paraId="7CF4EBAA" w14:textId="77777777" w:rsidR="00D76421" w:rsidRDefault="00D76421">
            <w:pPr>
              <w:jc w:val="center"/>
            </w:pPr>
          </w:p>
        </w:tc>
        <w:tc>
          <w:tcPr>
            <w:tcW w:w="709" w:type="dxa"/>
            <w:vMerge w:val="restart"/>
            <w:vAlign w:val="center"/>
          </w:tcPr>
          <w:p w14:paraId="5B01CC39" w14:textId="77777777" w:rsidR="00D76421" w:rsidRDefault="00000000">
            <w:pPr>
              <w:jc w:val="center"/>
            </w:pPr>
            <w:r>
              <w:rPr>
                <w:color w:val="FF0000"/>
              </w:rPr>
              <w:t>1</w:t>
            </w:r>
          </w:p>
          <w:p w14:paraId="6F047D19" w14:textId="77777777" w:rsidR="00D76421" w:rsidRDefault="00D76421">
            <w:pPr>
              <w:jc w:val="center"/>
            </w:pPr>
          </w:p>
          <w:p w14:paraId="1A40127C" w14:textId="77777777" w:rsidR="00D76421" w:rsidRDefault="00D76421">
            <w:pPr>
              <w:jc w:val="center"/>
            </w:pPr>
          </w:p>
        </w:tc>
        <w:tc>
          <w:tcPr>
            <w:tcW w:w="1162" w:type="dxa"/>
            <w:vAlign w:val="center"/>
          </w:tcPr>
          <w:p w14:paraId="2711CFD4" w14:textId="77777777" w:rsidR="00D76421" w:rsidRDefault="00000000">
            <w:pPr>
              <w:jc w:val="center"/>
            </w:pPr>
            <w:r>
              <w:rPr>
                <w:color w:val="FF0000"/>
              </w:rPr>
              <w:t>YDL1013</w:t>
            </w:r>
          </w:p>
        </w:tc>
        <w:tc>
          <w:tcPr>
            <w:tcW w:w="2863" w:type="dxa"/>
            <w:vAlign w:val="center"/>
          </w:tcPr>
          <w:p w14:paraId="715EB501" w14:textId="77777777" w:rsidR="00D76421" w:rsidRDefault="00000000">
            <w:pPr>
              <w:jc w:val="center"/>
            </w:pPr>
            <w:r>
              <w:rPr>
                <w:color w:val="FF0000"/>
              </w:rPr>
              <w:t>Yabancı Dil I</w:t>
            </w:r>
          </w:p>
        </w:tc>
        <w:tc>
          <w:tcPr>
            <w:tcW w:w="1417" w:type="dxa"/>
            <w:vMerge w:val="restart"/>
            <w:vAlign w:val="center"/>
          </w:tcPr>
          <w:p w14:paraId="5952E205" w14:textId="77777777" w:rsidR="00D76421" w:rsidRDefault="00000000">
            <w:pPr>
              <w:jc w:val="center"/>
            </w:pPr>
            <w:r>
              <w:rPr>
                <w:color w:val="FF0000"/>
              </w:rPr>
              <w:t>İnternetten</w:t>
            </w:r>
            <w:r>
              <w:rPr>
                <w:color w:val="FF0000"/>
              </w:rPr>
              <w:br/>
              <w:t>öğrenilecektir</w:t>
            </w:r>
          </w:p>
          <w:p w14:paraId="5BB5C0FE" w14:textId="77777777" w:rsidR="00D76421" w:rsidRDefault="00D76421">
            <w:pPr>
              <w:jc w:val="center"/>
            </w:pPr>
          </w:p>
          <w:p w14:paraId="66B9AEAE" w14:textId="77777777" w:rsidR="00D76421" w:rsidRDefault="00D76421">
            <w:pPr>
              <w:jc w:val="center"/>
            </w:pPr>
          </w:p>
        </w:tc>
        <w:tc>
          <w:tcPr>
            <w:tcW w:w="2608" w:type="dxa"/>
            <w:vAlign w:val="center"/>
          </w:tcPr>
          <w:p w14:paraId="7C6F4451" w14:textId="77777777" w:rsidR="00D76421" w:rsidRDefault="00000000">
            <w:pPr>
              <w:jc w:val="center"/>
            </w:pPr>
            <w:r>
              <w:rPr>
                <w:color w:val="FF0000"/>
              </w:rPr>
              <w:t>Öğr. Gör. Lütfiye Ayça ÇELİKBAŞ</w:t>
            </w:r>
          </w:p>
        </w:tc>
      </w:tr>
      <w:tr w:rsidR="00D76421" w14:paraId="64D726F3" w14:textId="77777777" w:rsidTr="00947454">
        <w:trPr>
          <w:trHeight w:val="403"/>
          <w:jc w:val="center"/>
        </w:trPr>
        <w:tc>
          <w:tcPr>
            <w:tcW w:w="1276" w:type="dxa"/>
            <w:vMerge/>
          </w:tcPr>
          <w:p w14:paraId="3FCA52AF" w14:textId="77777777" w:rsidR="00D76421" w:rsidRDefault="00D76421"/>
        </w:tc>
        <w:tc>
          <w:tcPr>
            <w:tcW w:w="850" w:type="dxa"/>
            <w:vMerge/>
          </w:tcPr>
          <w:p w14:paraId="4FD2EC9F" w14:textId="77777777" w:rsidR="00D76421" w:rsidRDefault="00D76421"/>
        </w:tc>
        <w:tc>
          <w:tcPr>
            <w:tcW w:w="709" w:type="dxa"/>
            <w:vMerge/>
          </w:tcPr>
          <w:p w14:paraId="69CC82ED" w14:textId="77777777" w:rsidR="00D76421" w:rsidRDefault="00D76421"/>
        </w:tc>
        <w:tc>
          <w:tcPr>
            <w:tcW w:w="1162" w:type="dxa"/>
            <w:vAlign w:val="center"/>
          </w:tcPr>
          <w:p w14:paraId="65C79EE7" w14:textId="77777777" w:rsidR="00D76421" w:rsidRDefault="00000000">
            <w:pPr>
              <w:jc w:val="center"/>
            </w:pPr>
            <w:r>
              <w:rPr>
                <w:color w:val="FF0000"/>
              </w:rPr>
              <w:t>TDL1011</w:t>
            </w:r>
          </w:p>
        </w:tc>
        <w:tc>
          <w:tcPr>
            <w:tcW w:w="2863" w:type="dxa"/>
            <w:vAlign w:val="center"/>
          </w:tcPr>
          <w:p w14:paraId="3627F7D5" w14:textId="77777777" w:rsidR="00D76421" w:rsidRDefault="00000000">
            <w:pPr>
              <w:jc w:val="center"/>
            </w:pPr>
            <w:r>
              <w:rPr>
                <w:color w:val="FF0000"/>
              </w:rPr>
              <w:t>Türk Dili I</w:t>
            </w:r>
          </w:p>
        </w:tc>
        <w:tc>
          <w:tcPr>
            <w:tcW w:w="1417" w:type="dxa"/>
            <w:vMerge/>
          </w:tcPr>
          <w:p w14:paraId="365B8025" w14:textId="77777777" w:rsidR="00D76421" w:rsidRDefault="00D76421"/>
        </w:tc>
        <w:tc>
          <w:tcPr>
            <w:tcW w:w="2608" w:type="dxa"/>
            <w:vAlign w:val="center"/>
          </w:tcPr>
          <w:p w14:paraId="6F4FD624" w14:textId="77777777" w:rsidR="00D76421" w:rsidRDefault="00000000">
            <w:pPr>
              <w:jc w:val="center"/>
            </w:pPr>
            <w:r>
              <w:rPr>
                <w:color w:val="FF0000"/>
              </w:rPr>
              <w:t>Öğr. Gör. Nesibe KOLDANCA</w:t>
            </w:r>
          </w:p>
        </w:tc>
      </w:tr>
      <w:tr w:rsidR="00D76421" w14:paraId="04ECB0CE" w14:textId="77777777" w:rsidTr="00947454">
        <w:trPr>
          <w:trHeight w:val="403"/>
          <w:jc w:val="center"/>
        </w:trPr>
        <w:tc>
          <w:tcPr>
            <w:tcW w:w="1276" w:type="dxa"/>
            <w:vMerge/>
          </w:tcPr>
          <w:p w14:paraId="2CFE2C7E" w14:textId="77777777" w:rsidR="00D76421" w:rsidRDefault="00D76421"/>
        </w:tc>
        <w:tc>
          <w:tcPr>
            <w:tcW w:w="850" w:type="dxa"/>
            <w:vMerge/>
          </w:tcPr>
          <w:p w14:paraId="2DFDAD0D" w14:textId="77777777" w:rsidR="00D76421" w:rsidRDefault="00D76421"/>
        </w:tc>
        <w:tc>
          <w:tcPr>
            <w:tcW w:w="709" w:type="dxa"/>
            <w:vMerge/>
          </w:tcPr>
          <w:p w14:paraId="77E485F0" w14:textId="77777777" w:rsidR="00D76421" w:rsidRDefault="00D76421"/>
        </w:tc>
        <w:tc>
          <w:tcPr>
            <w:tcW w:w="1162" w:type="dxa"/>
            <w:vAlign w:val="center"/>
          </w:tcPr>
          <w:p w14:paraId="14F34D90" w14:textId="77777777" w:rsidR="00D76421" w:rsidRDefault="00000000">
            <w:pPr>
              <w:jc w:val="center"/>
            </w:pPr>
            <w:r>
              <w:rPr>
                <w:color w:val="FF0000"/>
              </w:rPr>
              <w:t>ATA1015</w:t>
            </w:r>
          </w:p>
        </w:tc>
        <w:tc>
          <w:tcPr>
            <w:tcW w:w="2863" w:type="dxa"/>
            <w:vAlign w:val="center"/>
          </w:tcPr>
          <w:p w14:paraId="54F34D13" w14:textId="77777777" w:rsidR="00D76421" w:rsidRDefault="00000000">
            <w:pPr>
              <w:jc w:val="center"/>
            </w:pPr>
            <w:r>
              <w:rPr>
                <w:color w:val="FF0000"/>
              </w:rPr>
              <w:t>Atatürk İlkeleri ve İnk. Tarihi I</w:t>
            </w:r>
          </w:p>
        </w:tc>
        <w:tc>
          <w:tcPr>
            <w:tcW w:w="1417" w:type="dxa"/>
            <w:vMerge/>
          </w:tcPr>
          <w:p w14:paraId="14E0C1D9" w14:textId="77777777" w:rsidR="00D76421" w:rsidRDefault="00D76421"/>
        </w:tc>
        <w:tc>
          <w:tcPr>
            <w:tcW w:w="2608" w:type="dxa"/>
            <w:vAlign w:val="center"/>
          </w:tcPr>
          <w:p w14:paraId="0D79638C" w14:textId="77777777" w:rsidR="00D76421" w:rsidRDefault="00000000">
            <w:pPr>
              <w:jc w:val="center"/>
            </w:pPr>
            <w:r>
              <w:rPr>
                <w:color w:val="FF0000"/>
              </w:rPr>
              <w:t>Öğr. Gör. Murat SERDAROĞLU</w:t>
            </w:r>
          </w:p>
        </w:tc>
      </w:tr>
      <w:tr w:rsidR="00D76421" w14:paraId="26CAA694" w14:textId="77777777" w:rsidTr="00947454">
        <w:trPr>
          <w:trHeight w:val="403"/>
          <w:jc w:val="center"/>
        </w:trPr>
        <w:tc>
          <w:tcPr>
            <w:tcW w:w="1276" w:type="dxa"/>
            <w:vMerge/>
          </w:tcPr>
          <w:p w14:paraId="07477222" w14:textId="77777777" w:rsidR="00D76421" w:rsidRDefault="00D76421"/>
        </w:tc>
        <w:tc>
          <w:tcPr>
            <w:tcW w:w="850" w:type="dxa"/>
            <w:vAlign w:val="center"/>
          </w:tcPr>
          <w:p w14:paraId="5AF224AB" w14:textId="77777777" w:rsidR="00D76421" w:rsidRDefault="00000000">
            <w:pPr>
              <w:jc w:val="center"/>
            </w:pPr>
            <w:r>
              <w:t>13.00</w:t>
            </w:r>
          </w:p>
        </w:tc>
        <w:tc>
          <w:tcPr>
            <w:tcW w:w="709" w:type="dxa"/>
            <w:vAlign w:val="center"/>
          </w:tcPr>
          <w:p w14:paraId="1675954E" w14:textId="77777777" w:rsidR="00D76421" w:rsidRDefault="00000000">
            <w:pPr>
              <w:jc w:val="center"/>
            </w:pPr>
            <w:r>
              <w:t>1</w:t>
            </w:r>
          </w:p>
        </w:tc>
        <w:tc>
          <w:tcPr>
            <w:tcW w:w="1162" w:type="dxa"/>
            <w:vAlign w:val="center"/>
          </w:tcPr>
          <w:p w14:paraId="37ED9B5E" w14:textId="77777777" w:rsidR="00D76421" w:rsidRDefault="00000000">
            <w:pPr>
              <w:jc w:val="center"/>
            </w:pPr>
            <w:r>
              <w:t>SES1011</w:t>
            </w:r>
          </w:p>
        </w:tc>
        <w:tc>
          <w:tcPr>
            <w:tcW w:w="2863" w:type="dxa"/>
            <w:vAlign w:val="center"/>
          </w:tcPr>
          <w:p w14:paraId="316E2A4F" w14:textId="77777777" w:rsidR="00D76421" w:rsidRDefault="00000000">
            <w:pPr>
              <w:jc w:val="center"/>
            </w:pPr>
            <w:r>
              <w:t>Çalgı I (Tüm Şubeler)</w:t>
            </w:r>
          </w:p>
        </w:tc>
        <w:tc>
          <w:tcPr>
            <w:tcW w:w="1417" w:type="dxa"/>
            <w:vAlign w:val="center"/>
          </w:tcPr>
          <w:p w14:paraId="6A59E546" w14:textId="77777777" w:rsidR="00D76421" w:rsidRDefault="00000000">
            <w:pPr>
              <w:jc w:val="center"/>
            </w:pPr>
            <w:r>
              <w:t>Öğr. Elm. Odası</w:t>
            </w:r>
          </w:p>
        </w:tc>
        <w:tc>
          <w:tcPr>
            <w:tcW w:w="2608" w:type="dxa"/>
            <w:vAlign w:val="center"/>
          </w:tcPr>
          <w:p w14:paraId="15BDA0B3" w14:textId="77777777" w:rsidR="00D76421" w:rsidRDefault="00000000">
            <w:pPr>
              <w:jc w:val="center"/>
            </w:pPr>
            <w:r>
              <w:t>Doç. Dr. Mehmet Sait Halim GENÇOĞLU</w:t>
            </w:r>
          </w:p>
        </w:tc>
      </w:tr>
      <w:tr w:rsidR="00D76421" w14:paraId="6A303959" w14:textId="77777777" w:rsidTr="00947454">
        <w:trPr>
          <w:trHeight w:val="403"/>
          <w:jc w:val="center"/>
        </w:trPr>
        <w:tc>
          <w:tcPr>
            <w:tcW w:w="1276" w:type="dxa"/>
            <w:vMerge/>
          </w:tcPr>
          <w:p w14:paraId="47655468" w14:textId="77777777" w:rsidR="00D76421" w:rsidRDefault="00D76421"/>
        </w:tc>
        <w:tc>
          <w:tcPr>
            <w:tcW w:w="850" w:type="dxa"/>
            <w:vAlign w:val="center"/>
          </w:tcPr>
          <w:p w14:paraId="1563EF0D" w14:textId="77777777" w:rsidR="00D76421" w:rsidRDefault="00000000">
            <w:pPr>
              <w:jc w:val="center"/>
            </w:pPr>
            <w:r>
              <w:t>14.00</w:t>
            </w:r>
          </w:p>
        </w:tc>
        <w:tc>
          <w:tcPr>
            <w:tcW w:w="709" w:type="dxa"/>
            <w:vAlign w:val="center"/>
          </w:tcPr>
          <w:p w14:paraId="35D69453" w14:textId="77777777" w:rsidR="00D76421" w:rsidRDefault="00000000">
            <w:pPr>
              <w:jc w:val="center"/>
            </w:pPr>
            <w:r>
              <w:t>1</w:t>
            </w:r>
          </w:p>
        </w:tc>
        <w:tc>
          <w:tcPr>
            <w:tcW w:w="1162" w:type="dxa"/>
            <w:vAlign w:val="center"/>
          </w:tcPr>
          <w:p w14:paraId="0404FC63" w14:textId="77777777" w:rsidR="00D76421" w:rsidRDefault="00000000">
            <w:pPr>
              <w:jc w:val="center"/>
            </w:pPr>
            <w:r>
              <w:t>SES1001</w:t>
            </w:r>
          </w:p>
        </w:tc>
        <w:tc>
          <w:tcPr>
            <w:tcW w:w="2863" w:type="dxa"/>
            <w:vAlign w:val="center"/>
          </w:tcPr>
          <w:p w14:paraId="4E531956" w14:textId="77777777" w:rsidR="00D76421" w:rsidRPr="00947454" w:rsidRDefault="00000000">
            <w:pPr>
              <w:jc w:val="center"/>
              <w:rPr>
                <w:lang w:val="pt-BR"/>
              </w:rPr>
            </w:pPr>
            <w:proofErr w:type="spellStart"/>
            <w:r w:rsidRPr="00947454">
              <w:rPr>
                <w:lang w:val="pt-BR"/>
              </w:rPr>
              <w:t>Müzik</w:t>
            </w:r>
            <w:proofErr w:type="spellEnd"/>
            <w:r w:rsidRPr="00947454">
              <w:rPr>
                <w:lang w:val="pt-BR"/>
              </w:rPr>
              <w:t xml:space="preserve"> Teori </w:t>
            </w:r>
            <w:proofErr w:type="spellStart"/>
            <w:r w:rsidRPr="00947454">
              <w:rPr>
                <w:lang w:val="pt-BR"/>
              </w:rPr>
              <w:t>İşitme</w:t>
            </w:r>
            <w:proofErr w:type="spellEnd"/>
            <w:r w:rsidRPr="00947454">
              <w:rPr>
                <w:lang w:val="pt-BR"/>
              </w:rPr>
              <w:t xml:space="preserve"> </w:t>
            </w:r>
            <w:proofErr w:type="spellStart"/>
            <w:r w:rsidRPr="00947454">
              <w:rPr>
                <w:lang w:val="pt-BR"/>
              </w:rPr>
              <w:t>Okuma</w:t>
            </w:r>
            <w:proofErr w:type="spellEnd"/>
            <w:r w:rsidRPr="00947454">
              <w:rPr>
                <w:lang w:val="pt-BR"/>
              </w:rPr>
              <w:t xml:space="preserve"> I</w:t>
            </w:r>
          </w:p>
        </w:tc>
        <w:tc>
          <w:tcPr>
            <w:tcW w:w="1417" w:type="dxa"/>
            <w:vAlign w:val="center"/>
          </w:tcPr>
          <w:p w14:paraId="64FFDAFF" w14:textId="77777777" w:rsidR="00D76421" w:rsidRDefault="00000000">
            <w:pPr>
              <w:jc w:val="center"/>
            </w:pPr>
            <w:r>
              <w:t>MZD01</w:t>
            </w:r>
          </w:p>
        </w:tc>
        <w:tc>
          <w:tcPr>
            <w:tcW w:w="2608" w:type="dxa"/>
            <w:vAlign w:val="center"/>
          </w:tcPr>
          <w:p w14:paraId="468151E9" w14:textId="77777777" w:rsidR="00D76421" w:rsidRDefault="00000000">
            <w:pPr>
              <w:jc w:val="center"/>
            </w:pPr>
            <w:r>
              <w:t>Doç. Dr. Erhan ZETEROĞLU</w:t>
            </w:r>
          </w:p>
        </w:tc>
      </w:tr>
      <w:tr w:rsidR="00D76421" w14:paraId="54C1C09D" w14:textId="77777777" w:rsidTr="00947454">
        <w:trPr>
          <w:trHeight w:val="403"/>
          <w:jc w:val="center"/>
        </w:trPr>
        <w:tc>
          <w:tcPr>
            <w:tcW w:w="1276" w:type="dxa"/>
            <w:vMerge/>
          </w:tcPr>
          <w:p w14:paraId="57150623" w14:textId="77777777" w:rsidR="00D76421" w:rsidRDefault="00D76421"/>
        </w:tc>
        <w:tc>
          <w:tcPr>
            <w:tcW w:w="850" w:type="dxa"/>
            <w:vAlign w:val="center"/>
          </w:tcPr>
          <w:p w14:paraId="5C9961C0" w14:textId="77777777" w:rsidR="00D76421" w:rsidRDefault="00000000">
            <w:pPr>
              <w:jc w:val="center"/>
            </w:pPr>
            <w:r>
              <w:t>15.00</w:t>
            </w:r>
          </w:p>
        </w:tc>
        <w:tc>
          <w:tcPr>
            <w:tcW w:w="709" w:type="dxa"/>
            <w:vAlign w:val="center"/>
          </w:tcPr>
          <w:p w14:paraId="0347F851" w14:textId="77777777" w:rsidR="00D76421" w:rsidRDefault="00000000">
            <w:pPr>
              <w:jc w:val="center"/>
            </w:pPr>
            <w:r>
              <w:t>1</w:t>
            </w:r>
          </w:p>
        </w:tc>
        <w:tc>
          <w:tcPr>
            <w:tcW w:w="1162" w:type="dxa"/>
            <w:vAlign w:val="center"/>
          </w:tcPr>
          <w:p w14:paraId="7B0DEEAC" w14:textId="77777777" w:rsidR="00D76421" w:rsidRDefault="00000000">
            <w:pPr>
              <w:jc w:val="center"/>
            </w:pPr>
            <w:r>
              <w:t>SES1011</w:t>
            </w:r>
          </w:p>
        </w:tc>
        <w:tc>
          <w:tcPr>
            <w:tcW w:w="2863" w:type="dxa"/>
            <w:vAlign w:val="center"/>
          </w:tcPr>
          <w:p w14:paraId="608A45FA" w14:textId="77777777" w:rsidR="00D76421" w:rsidRDefault="00000000">
            <w:pPr>
              <w:jc w:val="center"/>
            </w:pPr>
            <w:r>
              <w:t>Çalgı I (Tüm Şubeler)</w:t>
            </w:r>
          </w:p>
        </w:tc>
        <w:tc>
          <w:tcPr>
            <w:tcW w:w="1417" w:type="dxa"/>
            <w:vAlign w:val="center"/>
          </w:tcPr>
          <w:p w14:paraId="33AB8494" w14:textId="77777777" w:rsidR="00D76421" w:rsidRDefault="00000000">
            <w:pPr>
              <w:jc w:val="center"/>
            </w:pPr>
            <w:r>
              <w:t>Öğr. Elm. Odası</w:t>
            </w:r>
          </w:p>
        </w:tc>
        <w:tc>
          <w:tcPr>
            <w:tcW w:w="2608" w:type="dxa"/>
            <w:vAlign w:val="center"/>
          </w:tcPr>
          <w:p w14:paraId="5609E5CD" w14:textId="77777777" w:rsidR="00D76421" w:rsidRDefault="00000000">
            <w:pPr>
              <w:jc w:val="center"/>
            </w:pPr>
            <w:r>
              <w:t>Öğr. Elm. Samet Volkan ÇELİK</w:t>
            </w:r>
          </w:p>
        </w:tc>
      </w:tr>
      <w:tr w:rsidR="00D76421" w14:paraId="3EFEB3CD" w14:textId="77777777" w:rsidTr="00947454">
        <w:trPr>
          <w:trHeight w:val="403"/>
          <w:jc w:val="center"/>
        </w:trPr>
        <w:tc>
          <w:tcPr>
            <w:tcW w:w="1276" w:type="dxa"/>
            <w:vMerge/>
          </w:tcPr>
          <w:p w14:paraId="28072A64" w14:textId="77777777" w:rsidR="00D76421" w:rsidRDefault="00D76421"/>
        </w:tc>
        <w:tc>
          <w:tcPr>
            <w:tcW w:w="850" w:type="dxa"/>
            <w:vAlign w:val="center"/>
          </w:tcPr>
          <w:p w14:paraId="35F212A0" w14:textId="77777777" w:rsidR="00D76421" w:rsidRDefault="00D76421">
            <w:pPr>
              <w:jc w:val="center"/>
            </w:pPr>
          </w:p>
        </w:tc>
        <w:tc>
          <w:tcPr>
            <w:tcW w:w="709" w:type="dxa"/>
            <w:vAlign w:val="center"/>
          </w:tcPr>
          <w:p w14:paraId="22C144DD" w14:textId="77777777" w:rsidR="00D76421" w:rsidRDefault="00D76421">
            <w:pPr>
              <w:jc w:val="center"/>
            </w:pPr>
          </w:p>
        </w:tc>
        <w:tc>
          <w:tcPr>
            <w:tcW w:w="1162" w:type="dxa"/>
            <w:vAlign w:val="center"/>
          </w:tcPr>
          <w:p w14:paraId="6B7BA9B9" w14:textId="77777777" w:rsidR="00D76421" w:rsidRDefault="00D76421">
            <w:pPr>
              <w:jc w:val="center"/>
            </w:pPr>
          </w:p>
        </w:tc>
        <w:tc>
          <w:tcPr>
            <w:tcW w:w="2863" w:type="dxa"/>
            <w:vAlign w:val="center"/>
          </w:tcPr>
          <w:p w14:paraId="022B1D70" w14:textId="77777777" w:rsidR="00D76421" w:rsidRDefault="00D7642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4B1515A6" w14:textId="77777777" w:rsidR="00D76421" w:rsidRDefault="00D76421">
            <w:pPr>
              <w:jc w:val="center"/>
            </w:pPr>
          </w:p>
        </w:tc>
        <w:tc>
          <w:tcPr>
            <w:tcW w:w="2608" w:type="dxa"/>
            <w:vAlign w:val="center"/>
          </w:tcPr>
          <w:p w14:paraId="02EC517C" w14:textId="77777777" w:rsidR="00D76421" w:rsidRDefault="00D76421">
            <w:pPr>
              <w:jc w:val="center"/>
            </w:pPr>
          </w:p>
        </w:tc>
      </w:tr>
      <w:tr w:rsidR="00D76421" w14:paraId="3483C7C4" w14:textId="77777777" w:rsidTr="00947454">
        <w:trPr>
          <w:trHeight w:val="403"/>
          <w:jc w:val="center"/>
        </w:trPr>
        <w:tc>
          <w:tcPr>
            <w:tcW w:w="1276" w:type="dxa"/>
            <w:vMerge w:val="restart"/>
            <w:vAlign w:val="center"/>
          </w:tcPr>
          <w:p w14:paraId="4C448A54" w14:textId="77777777" w:rsidR="00D76421" w:rsidRDefault="00000000">
            <w:pPr>
              <w:jc w:val="center"/>
            </w:pPr>
            <w:r>
              <w:t>10.11.2026</w:t>
            </w:r>
            <w:r>
              <w:br/>
              <w:t>Salı</w:t>
            </w:r>
          </w:p>
        </w:tc>
        <w:tc>
          <w:tcPr>
            <w:tcW w:w="850" w:type="dxa"/>
            <w:vAlign w:val="center"/>
          </w:tcPr>
          <w:p w14:paraId="7C7B9499" w14:textId="77777777" w:rsidR="00D76421" w:rsidRDefault="00000000">
            <w:pPr>
              <w:jc w:val="center"/>
            </w:pPr>
            <w:r>
              <w:t>09.00</w:t>
            </w:r>
          </w:p>
        </w:tc>
        <w:tc>
          <w:tcPr>
            <w:tcW w:w="709" w:type="dxa"/>
            <w:vAlign w:val="center"/>
          </w:tcPr>
          <w:p w14:paraId="2C00BADA" w14:textId="77777777" w:rsidR="00D76421" w:rsidRDefault="00000000">
            <w:pPr>
              <w:jc w:val="center"/>
            </w:pPr>
            <w:r>
              <w:t>1</w:t>
            </w:r>
          </w:p>
        </w:tc>
        <w:tc>
          <w:tcPr>
            <w:tcW w:w="1162" w:type="dxa"/>
            <w:vAlign w:val="center"/>
          </w:tcPr>
          <w:p w14:paraId="330D0E0B" w14:textId="77777777" w:rsidR="00D76421" w:rsidRDefault="00000000">
            <w:pPr>
              <w:jc w:val="center"/>
            </w:pPr>
            <w:r>
              <w:t>SES1005</w:t>
            </w:r>
          </w:p>
        </w:tc>
        <w:tc>
          <w:tcPr>
            <w:tcW w:w="2863" w:type="dxa"/>
            <w:vAlign w:val="center"/>
          </w:tcPr>
          <w:p w14:paraId="16E09577" w14:textId="77777777" w:rsidR="00D76421" w:rsidRDefault="00000000">
            <w:pPr>
              <w:jc w:val="center"/>
            </w:pPr>
            <w:r>
              <w:t>Diksiyon ve Güzel Konuşma I</w:t>
            </w:r>
          </w:p>
        </w:tc>
        <w:tc>
          <w:tcPr>
            <w:tcW w:w="1417" w:type="dxa"/>
            <w:vAlign w:val="center"/>
          </w:tcPr>
          <w:p w14:paraId="40D2A510" w14:textId="77777777" w:rsidR="00D76421" w:rsidRDefault="00000000">
            <w:pPr>
              <w:jc w:val="center"/>
            </w:pPr>
            <w:r>
              <w:t>Öğr. Elm. Odası</w:t>
            </w:r>
          </w:p>
        </w:tc>
        <w:tc>
          <w:tcPr>
            <w:tcW w:w="2608" w:type="dxa"/>
            <w:vAlign w:val="center"/>
          </w:tcPr>
          <w:p w14:paraId="6C131E71" w14:textId="77777777" w:rsidR="00D76421" w:rsidRDefault="00000000">
            <w:pPr>
              <w:jc w:val="center"/>
            </w:pPr>
            <w:r>
              <w:t>Doç. Dr. Şahin SARUHAN</w:t>
            </w:r>
          </w:p>
        </w:tc>
      </w:tr>
      <w:tr w:rsidR="00D76421" w14:paraId="5D39D39E" w14:textId="77777777" w:rsidTr="00947454">
        <w:trPr>
          <w:trHeight w:val="403"/>
          <w:jc w:val="center"/>
        </w:trPr>
        <w:tc>
          <w:tcPr>
            <w:tcW w:w="1276" w:type="dxa"/>
            <w:vMerge/>
          </w:tcPr>
          <w:p w14:paraId="3E9387A4" w14:textId="77777777" w:rsidR="00D76421" w:rsidRDefault="00D76421"/>
        </w:tc>
        <w:tc>
          <w:tcPr>
            <w:tcW w:w="850" w:type="dxa"/>
            <w:vAlign w:val="center"/>
          </w:tcPr>
          <w:p w14:paraId="3CC76576" w14:textId="77777777" w:rsidR="00D76421" w:rsidRDefault="00000000">
            <w:pPr>
              <w:jc w:val="center"/>
            </w:pPr>
            <w:r>
              <w:t>10.00</w:t>
            </w:r>
          </w:p>
        </w:tc>
        <w:tc>
          <w:tcPr>
            <w:tcW w:w="709" w:type="dxa"/>
            <w:vAlign w:val="center"/>
          </w:tcPr>
          <w:p w14:paraId="488C3343" w14:textId="77777777" w:rsidR="00D76421" w:rsidRDefault="00000000">
            <w:pPr>
              <w:jc w:val="center"/>
            </w:pPr>
            <w:r>
              <w:t>1</w:t>
            </w:r>
          </w:p>
        </w:tc>
        <w:tc>
          <w:tcPr>
            <w:tcW w:w="1162" w:type="dxa"/>
            <w:vAlign w:val="center"/>
          </w:tcPr>
          <w:p w14:paraId="4597718C" w14:textId="77777777" w:rsidR="00D76421" w:rsidRDefault="00000000">
            <w:pPr>
              <w:jc w:val="center"/>
            </w:pPr>
            <w:r>
              <w:t>SES1007</w:t>
            </w:r>
          </w:p>
        </w:tc>
        <w:tc>
          <w:tcPr>
            <w:tcW w:w="2863" w:type="dxa"/>
            <w:vAlign w:val="center"/>
          </w:tcPr>
          <w:p w14:paraId="5DEBEA63" w14:textId="77777777" w:rsidR="00D76421" w:rsidRPr="00947454" w:rsidRDefault="00000000">
            <w:pPr>
              <w:jc w:val="center"/>
              <w:rPr>
                <w:lang w:val="pt-BR"/>
              </w:rPr>
            </w:pPr>
            <w:proofErr w:type="spellStart"/>
            <w:r w:rsidRPr="00947454">
              <w:rPr>
                <w:lang w:val="pt-BR"/>
              </w:rPr>
              <w:t>Ses</w:t>
            </w:r>
            <w:proofErr w:type="spellEnd"/>
            <w:r w:rsidRPr="00947454">
              <w:rPr>
                <w:lang w:val="pt-BR"/>
              </w:rPr>
              <w:t xml:space="preserve"> </w:t>
            </w:r>
            <w:proofErr w:type="spellStart"/>
            <w:r w:rsidRPr="00947454">
              <w:rPr>
                <w:lang w:val="pt-BR"/>
              </w:rPr>
              <w:t>Eğitimi</w:t>
            </w:r>
            <w:proofErr w:type="spellEnd"/>
            <w:r w:rsidRPr="00947454">
              <w:rPr>
                <w:lang w:val="pt-BR"/>
              </w:rPr>
              <w:t xml:space="preserve"> I (</w:t>
            </w:r>
            <w:proofErr w:type="spellStart"/>
            <w:r w:rsidRPr="00947454">
              <w:rPr>
                <w:lang w:val="pt-BR"/>
              </w:rPr>
              <w:t>Tüm</w:t>
            </w:r>
            <w:proofErr w:type="spellEnd"/>
            <w:r w:rsidRPr="00947454">
              <w:rPr>
                <w:lang w:val="pt-BR"/>
              </w:rPr>
              <w:t xml:space="preserve"> </w:t>
            </w:r>
            <w:proofErr w:type="spellStart"/>
            <w:r w:rsidRPr="00947454">
              <w:rPr>
                <w:lang w:val="pt-BR"/>
              </w:rPr>
              <w:t>Şubeler</w:t>
            </w:r>
            <w:proofErr w:type="spellEnd"/>
            <w:r w:rsidRPr="00947454">
              <w:rPr>
                <w:lang w:val="pt-BR"/>
              </w:rPr>
              <w:t>)</w:t>
            </w:r>
          </w:p>
        </w:tc>
        <w:tc>
          <w:tcPr>
            <w:tcW w:w="1417" w:type="dxa"/>
            <w:vAlign w:val="center"/>
          </w:tcPr>
          <w:p w14:paraId="3E8BD2B3" w14:textId="77777777" w:rsidR="00D76421" w:rsidRDefault="00000000">
            <w:pPr>
              <w:jc w:val="center"/>
            </w:pPr>
            <w:proofErr w:type="spellStart"/>
            <w:r>
              <w:t>Öğr</w:t>
            </w:r>
            <w:proofErr w:type="spellEnd"/>
            <w:r>
              <w:t>. Elm. Odası</w:t>
            </w:r>
          </w:p>
        </w:tc>
        <w:tc>
          <w:tcPr>
            <w:tcW w:w="2608" w:type="dxa"/>
            <w:vAlign w:val="center"/>
          </w:tcPr>
          <w:p w14:paraId="151EE4BD" w14:textId="77777777" w:rsidR="00D76421" w:rsidRDefault="00000000">
            <w:pPr>
              <w:jc w:val="center"/>
            </w:pPr>
            <w:r>
              <w:t>Doç. Dr. Şahin SARUHAN</w:t>
            </w:r>
            <w:r>
              <w:br/>
              <w:t>Öğr. Gör. Dr. Selçuk TİMUR</w:t>
            </w:r>
          </w:p>
        </w:tc>
      </w:tr>
      <w:tr w:rsidR="00D76421" w14:paraId="2B136407" w14:textId="77777777" w:rsidTr="00947454">
        <w:trPr>
          <w:trHeight w:val="403"/>
          <w:jc w:val="center"/>
        </w:trPr>
        <w:tc>
          <w:tcPr>
            <w:tcW w:w="1276" w:type="dxa"/>
            <w:vMerge/>
          </w:tcPr>
          <w:p w14:paraId="0E782DA4" w14:textId="77777777" w:rsidR="00D76421" w:rsidRDefault="00D76421"/>
        </w:tc>
        <w:tc>
          <w:tcPr>
            <w:tcW w:w="850" w:type="dxa"/>
            <w:vAlign w:val="center"/>
          </w:tcPr>
          <w:p w14:paraId="337BACDE" w14:textId="77777777" w:rsidR="00D76421" w:rsidRDefault="00000000">
            <w:pPr>
              <w:jc w:val="center"/>
            </w:pPr>
            <w:r>
              <w:t>13.00</w:t>
            </w:r>
          </w:p>
        </w:tc>
        <w:tc>
          <w:tcPr>
            <w:tcW w:w="709" w:type="dxa"/>
            <w:vAlign w:val="center"/>
          </w:tcPr>
          <w:p w14:paraId="2AA394A5" w14:textId="77777777" w:rsidR="00D76421" w:rsidRDefault="00000000">
            <w:pPr>
              <w:jc w:val="center"/>
            </w:pPr>
            <w:r>
              <w:t>1</w:t>
            </w:r>
          </w:p>
        </w:tc>
        <w:tc>
          <w:tcPr>
            <w:tcW w:w="1162" w:type="dxa"/>
            <w:vAlign w:val="center"/>
          </w:tcPr>
          <w:p w14:paraId="608A492B" w14:textId="77777777" w:rsidR="00D76421" w:rsidRDefault="00000000">
            <w:pPr>
              <w:jc w:val="center"/>
            </w:pPr>
            <w:r>
              <w:t>SES1003</w:t>
            </w:r>
          </w:p>
        </w:tc>
        <w:tc>
          <w:tcPr>
            <w:tcW w:w="2863" w:type="dxa"/>
            <w:vAlign w:val="center"/>
          </w:tcPr>
          <w:p w14:paraId="3425DE8C" w14:textId="77777777" w:rsidR="00D76421" w:rsidRPr="00947454" w:rsidRDefault="00000000">
            <w:pPr>
              <w:jc w:val="center"/>
              <w:rPr>
                <w:lang w:val="pt-BR"/>
              </w:rPr>
            </w:pPr>
            <w:r w:rsidRPr="00947454">
              <w:rPr>
                <w:lang w:val="pt-BR"/>
              </w:rPr>
              <w:t xml:space="preserve">Türk </w:t>
            </w:r>
            <w:proofErr w:type="spellStart"/>
            <w:r w:rsidRPr="00947454">
              <w:rPr>
                <w:lang w:val="pt-BR"/>
              </w:rPr>
              <w:t>Müziği</w:t>
            </w:r>
            <w:proofErr w:type="spellEnd"/>
            <w:r w:rsidRPr="00947454">
              <w:rPr>
                <w:lang w:val="pt-BR"/>
              </w:rPr>
              <w:t xml:space="preserve"> Teori </w:t>
            </w:r>
            <w:proofErr w:type="spellStart"/>
            <w:r w:rsidRPr="00947454">
              <w:rPr>
                <w:lang w:val="pt-BR"/>
              </w:rPr>
              <w:t>İşitme</w:t>
            </w:r>
            <w:proofErr w:type="spellEnd"/>
            <w:r w:rsidRPr="00947454">
              <w:rPr>
                <w:lang w:val="pt-BR"/>
              </w:rPr>
              <w:t xml:space="preserve"> </w:t>
            </w:r>
            <w:proofErr w:type="spellStart"/>
            <w:r w:rsidRPr="00947454">
              <w:rPr>
                <w:lang w:val="pt-BR"/>
              </w:rPr>
              <w:t>Okuma</w:t>
            </w:r>
            <w:proofErr w:type="spellEnd"/>
            <w:r w:rsidRPr="00947454">
              <w:rPr>
                <w:lang w:val="pt-BR"/>
              </w:rPr>
              <w:t xml:space="preserve"> I</w:t>
            </w:r>
          </w:p>
        </w:tc>
        <w:tc>
          <w:tcPr>
            <w:tcW w:w="1417" w:type="dxa"/>
            <w:vAlign w:val="center"/>
          </w:tcPr>
          <w:p w14:paraId="2BD7783A" w14:textId="77777777" w:rsidR="00D76421" w:rsidRDefault="00000000">
            <w:pPr>
              <w:jc w:val="center"/>
            </w:pPr>
            <w:r>
              <w:t>MZA01</w:t>
            </w:r>
          </w:p>
        </w:tc>
        <w:tc>
          <w:tcPr>
            <w:tcW w:w="2608" w:type="dxa"/>
            <w:vAlign w:val="center"/>
          </w:tcPr>
          <w:p w14:paraId="042C1AF9" w14:textId="77777777" w:rsidR="00D76421" w:rsidRDefault="00000000">
            <w:pPr>
              <w:jc w:val="center"/>
            </w:pPr>
            <w:r>
              <w:t>Doç. Dr. Mehmet Sait Halim GENÇOĞLU</w:t>
            </w:r>
          </w:p>
        </w:tc>
      </w:tr>
      <w:tr w:rsidR="00D76421" w14:paraId="23260E0E" w14:textId="77777777" w:rsidTr="00947454">
        <w:trPr>
          <w:trHeight w:val="403"/>
          <w:jc w:val="center"/>
        </w:trPr>
        <w:tc>
          <w:tcPr>
            <w:tcW w:w="1276" w:type="dxa"/>
            <w:vMerge/>
          </w:tcPr>
          <w:p w14:paraId="21F12268" w14:textId="77777777" w:rsidR="00D76421" w:rsidRDefault="00D76421"/>
        </w:tc>
        <w:tc>
          <w:tcPr>
            <w:tcW w:w="850" w:type="dxa"/>
            <w:vAlign w:val="center"/>
          </w:tcPr>
          <w:p w14:paraId="3AC1BCA9" w14:textId="77777777" w:rsidR="00D76421" w:rsidRDefault="00D76421">
            <w:pPr>
              <w:jc w:val="center"/>
            </w:pPr>
          </w:p>
        </w:tc>
        <w:tc>
          <w:tcPr>
            <w:tcW w:w="709" w:type="dxa"/>
            <w:vAlign w:val="center"/>
          </w:tcPr>
          <w:p w14:paraId="356F60CF" w14:textId="77777777" w:rsidR="00D76421" w:rsidRDefault="00D76421">
            <w:pPr>
              <w:jc w:val="center"/>
            </w:pPr>
          </w:p>
        </w:tc>
        <w:tc>
          <w:tcPr>
            <w:tcW w:w="1162" w:type="dxa"/>
            <w:vAlign w:val="center"/>
          </w:tcPr>
          <w:p w14:paraId="0CE1AEA2" w14:textId="77777777" w:rsidR="00D76421" w:rsidRDefault="00D76421">
            <w:pPr>
              <w:jc w:val="center"/>
            </w:pPr>
          </w:p>
        </w:tc>
        <w:tc>
          <w:tcPr>
            <w:tcW w:w="2863" w:type="dxa"/>
            <w:vAlign w:val="center"/>
          </w:tcPr>
          <w:p w14:paraId="48F530A0" w14:textId="77777777" w:rsidR="00D76421" w:rsidRDefault="00D7642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015757AD" w14:textId="77777777" w:rsidR="00D76421" w:rsidRDefault="00D76421">
            <w:pPr>
              <w:jc w:val="center"/>
            </w:pPr>
          </w:p>
        </w:tc>
        <w:tc>
          <w:tcPr>
            <w:tcW w:w="2608" w:type="dxa"/>
            <w:vAlign w:val="center"/>
          </w:tcPr>
          <w:p w14:paraId="0ECB2A65" w14:textId="77777777" w:rsidR="00D76421" w:rsidRDefault="00D76421">
            <w:pPr>
              <w:jc w:val="center"/>
            </w:pPr>
          </w:p>
        </w:tc>
      </w:tr>
      <w:tr w:rsidR="00D76421" w14:paraId="3590AC24" w14:textId="77777777" w:rsidTr="00947454">
        <w:trPr>
          <w:trHeight w:val="403"/>
          <w:jc w:val="center"/>
        </w:trPr>
        <w:tc>
          <w:tcPr>
            <w:tcW w:w="1276" w:type="dxa"/>
            <w:vMerge/>
          </w:tcPr>
          <w:p w14:paraId="05F5F842" w14:textId="77777777" w:rsidR="00D76421" w:rsidRDefault="00D76421"/>
        </w:tc>
        <w:tc>
          <w:tcPr>
            <w:tcW w:w="850" w:type="dxa"/>
            <w:vAlign w:val="center"/>
          </w:tcPr>
          <w:p w14:paraId="4841AA8B" w14:textId="77777777" w:rsidR="00D76421" w:rsidRDefault="00D76421">
            <w:pPr>
              <w:jc w:val="center"/>
            </w:pPr>
          </w:p>
        </w:tc>
        <w:tc>
          <w:tcPr>
            <w:tcW w:w="709" w:type="dxa"/>
            <w:vAlign w:val="center"/>
          </w:tcPr>
          <w:p w14:paraId="1A387F49" w14:textId="77777777" w:rsidR="00D76421" w:rsidRDefault="00D76421">
            <w:pPr>
              <w:jc w:val="center"/>
            </w:pPr>
          </w:p>
        </w:tc>
        <w:tc>
          <w:tcPr>
            <w:tcW w:w="1162" w:type="dxa"/>
            <w:vAlign w:val="center"/>
          </w:tcPr>
          <w:p w14:paraId="0477DB28" w14:textId="77777777" w:rsidR="00D76421" w:rsidRDefault="00D76421">
            <w:pPr>
              <w:jc w:val="center"/>
            </w:pPr>
          </w:p>
        </w:tc>
        <w:tc>
          <w:tcPr>
            <w:tcW w:w="2863" w:type="dxa"/>
            <w:vAlign w:val="center"/>
          </w:tcPr>
          <w:p w14:paraId="051F3386" w14:textId="77777777" w:rsidR="00D76421" w:rsidRDefault="00D7642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190852AE" w14:textId="77777777" w:rsidR="00D76421" w:rsidRDefault="00D76421">
            <w:pPr>
              <w:jc w:val="center"/>
            </w:pPr>
          </w:p>
        </w:tc>
        <w:tc>
          <w:tcPr>
            <w:tcW w:w="2608" w:type="dxa"/>
            <w:vAlign w:val="center"/>
          </w:tcPr>
          <w:p w14:paraId="6F589D1F" w14:textId="77777777" w:rsidR="00D76421" w:rsidRDefault="00D76421">
            <w:pPr>
              <w:jc w:val="center"/>
            </w:pPr>
          </w:p>
        </w:tc>
      </w:tr>
      <w:tr w:rsidR="00D76421" w14:paraId="3CA27B6C" w14:textId="77777777" w:rsidTr="00947454">
        <w:trPr>
          <w:trHeight w:val="403"/>
          <w:jc w:val="center"/>
        </w:trPr>
        <w:tc>
          <w:tcPr>
            <w:tcW w:w="1276" w:type="dxa"/>
            <w:vMerge/>
          </w:tcPr>
          <w:p w14:paraId="0A28C0EA" w14:textId="77777777" w:rsidR="00D76421" w:rsidRDefault="00D76421"/>
        </w:tc>
        <w:tc>
          <w:tcPr>
            <w:tcW w:w="850" w:type="dxa"/>
            <w:vAlign w:val="center"/>
          </w:tcPr>
          <w:p w14:paraId="587D90B2" w14:textId="77777777" w:rsidR="00D76421" w:rsidRDefault="00D76421">
            <w:pPr>
              <w:jc w:val="center"/>
            </w:pPr>
          </w:p>
        </w:tc>
        <w:tc>
          <w:tcPr>
            <w:tcW w:w="709" w:type="dxa"/>
            <w:vAlign w:val="center"/>
          </w:tcPr>
          <w:p w14:paraId="6424E5A3" w14:textId="77777777" w:rsidR="00D76421" w:rsidRDefault="00D76421">
            <w:pPr>
              <w:jc w:val="center"/>
            </w:pPr>
          </w:p>
        </w:tc>
        <w:tc>
          <w:tcPr>
            <w:tcW w:w="1162" w:type="dxa"/>
            <w:vAlign w:val="center"/>
          </w:tcPr>
          <w:p w14:paraId="768A8A69" w14:textId="77777777" w:rsidR="00D76421" w:rsidRDefault="00D76421">
            <w:pPr>
              <w:jc w:val="center"/>
            </w:pPr>
          </w:p>
        </w:tc>
        <w:tc>
          <w:tcPr>
            <w:tcW w:w="2863" w:type="dxa"/>
            <w:vAlign w:val="center"/>
          </w:tcPr>
          <w:p w14:paraId="3BECC313" w14:textId="77777777" w:rsidR="00D76421" w:rsidRDefault="00D7642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05047D28" w14:textId="77777777" w:rsidR="00D76421" w:rsidRDefault="00D76421">
            <w:pPr>
              <w:jc w:val="center"/>
            </w:pPr>
          </w:p>
        </w:tc>
        <w:tc>
          <w:tcPr>
            <w:tcW w:w="2608" w:type="dxa"/>
            <w:vAlign w:val="center"/>
          </w:tcPr>
          <w:p w14:paraId="1842256D" w14:textId="77777777" w:rsidR="00D76421" w:rsidRDefault="00D76421">
            <w:pPr>
              <w:jc w:val="center"/>
            </w:pPr>
          </w:p>
        </w:tc>
      </w:tr>
      <w:tr w:rsidR="00D76421" w14:paraId="1B5CBABD" w14:textId="77777777" w:rsidTr="00947454">
        <w:trPr>
          <w:trHeight w:val="403"/>
          <w:jc w:val="center"/>
        </w:trPr>
        <w:tc>
          <w:tcPr>
            <w:tcW w:w="1276" w:type="dxa"/>
            <w:vMerge/>
          </w:tcPr>
          <w:p w14:paraId="4065BA3F" w14:textId="77777777" w:rsidR="00D76421" w:rsidRDefault="00D76421"/>
        </w:tc>
        <w:tc>
          <w:tcPr>
            <w:tcW w:w="850" w:type="dxa"/>
            <w:vAlign w:val="center"/>
          </w:tcPr>
          <w:p w14:paraId="19A6DED4" w14:textId="77777777" w:rsidR="00D76421" w:rsidRDefault="00D76421">
            <w:pPr>
              <w:jc w:val="center"/>
            </w:pPr>
          </w:p>
        </w:tc>
        <w:tc>
          <w:tcPr>
            <w:tcW w:w="709" w:type="dxa"/>
            <w:vAlign w:val="center"/>
          </w:tcPr>
          <w:p w14:paraId="31BF199F" w14:textId="77777777" w:rsidR="00D76421" w:rsidRDefault="00D76421">
            <w:pPr>
              <w:jc w:val="center"/>
            </w:pPr>
          </w:p>
        </w:tc>
        <w:tc>
          <w:tcPr>
            <w:tcW w:w="1162" w:type="dxa"/>
            <w:vAlign w:val="center"/>
          </w:tcPr>
          <w:p w14:paraId="0B46C1DB" w14:textId="77777777" w:rsidR="00D76421" w:rsidRDefault="00D76421">
            <w:pPr>
              <w:jc w:val="center"/>
            </w:pPr>
          </w:p>
        </w:tc>
        <w:tc>
          <w:tcPr>
            <w:tcW w:w="2863" w:type="dxa"/>
            <w:vAlign w:val="center"/>
          </w:tcPr>
          <w:p w14:paraId="3487A0E9" w14:textId="77777777" w:rsidR="00D76421" w:rsidRDefault="00D7642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5234E6E1" w14:textId="77777777" w:rsidR="00D76421" w:rsidRDefault="00D76421">
            <w:pPr>
              <w:jc w:val="center"/>
            </w:pPr>
          </w:p>
        </w:tc>
        <w:tc>
          <w:tcPr>
            <w:tcW w:w="2608" w:type="dxa"/>
            <w:vAlign w:val="center"/>
          </w:tcPr>
          <w:p w14:paraId="528A3694" w14:textId="77777777" w:rsidR="00D76421" w:rsidRDefault="00D76421">
            <w:pPr>
              <w:jc w:val="center"/>
            </w:pPr>
          </w:p>
        </w:tc>
      </w:tr>
      <w:tr w:rsidR="00D76421" w14:paraId="7D41D5E4" w14:textId="77777777" w:rsidTr="00947454">
        <w:trPr>
          <w:trHeight w:val="403"/>
          <w:jc w:val="center"/>
        </w:trPr>
        <w:tc>
          <w:tcPr>
            <w:tcW w:w="1276" w:type="dxa"/>
            <w:vMerge w:val="restart"/>
            <w:vAlign w:val="center"/>
          </w:tcPr>
          <w:p w14:paraId="4F749883" w14:textId="77777777" w:rsidR="00D76421" w:rsidRDefault="00000000">
            <w:pPr>
              <w:jc w:val="center"/>
            </w:pPr>
            <w:r>
              <w:t>11.11.2026</w:t>
            </w:r>
            <w:r>
              <w:br/>
              <w:t>Çarşamba</w:t>
            </w:r>
          </w:p>
        </w:tc>
        <w:tc>
          <w:tcPr>
            <w:tcW w:w="850" w:type="dxa"/>
            <w:vAlign w:val="center"/>
          </w:tcPr>
          <w:p w14:paraId="470BA7BD" w14:textId="77777777" w:rsidR="00D76421" w:rsidRDefault="00D76421">
            <w:pPr>
              <w:jc w:val="center"/>
            </w:pPr>
          </w:p>
        </w:tc>
        <w:tc>
          <w:tcPr>
            <w:tcW w:w="709" w:type="dxa"/>
            <w:vAlign w:val="center"/>
          </w:tcPr>
          <w:p w14:paraId="252EE8CF" w14:textId="77777777" w:rsidR="00D76421" w:rsidRDefault="00D76421">
            <w:pPr>
              <w:jc w:val="center"/>
            </w:pPr>
          </w:p>
        </w:tc>
        <w:tc>
          <w:tcPr>
            <w:tcW w:w="1162" w:type="dxa"/>
            <w:vAlign w:val="center"/>
          </w:tcPr>
          <w:p w14:paraId="13A61D4D" w14:textId="77777777" w:rsidR="00D76421" w:rsidRDefault="00D76421">
            <w:pPr>
              <w:jc w:val="center"/>
            </w:pPr>
          </w:p>
        </w:tc>
        <w:tc>
          <w:tcPr>
            <w:tcW w:w="2863" w:type="dxa"/>
            <w:vAlign w:val="center"/>
          </w:tcPr>
          <w:p w14:paraId="66BECD1D" w14:textId="77777777" w:rsidR="00D76421" w:rsidRDefault="00D7642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40CFCFF1" w14:textId="77777777" w:rsidR="00D76421" w:rsidRDefault="00D76421">
            <w:pPr>
              <w:jc w:val="center"/>
            </w:pPr>
          </w:p>
        </w:tc>
        <w:tc>
          <w:tcPr>
            <w:tcW w:w="2608" w:type="dxa"/>
            <w:vAlign w:val="center"/>
          </w:tcPr>
          <w:p w14:paraId="7F69146F" w14:textId="77777777" w:rsidR="00D76421" w:rsidRDefault="00D76421">
            <w:pPr>
              <w:jc w:val="center"/>
            </w:pPr>
          </w:p>
        </w:tc>
      </w:tr>
      <w:tr w:rsidR="00D76421" w14:paraId="7285AD27" w14:textId="77777777" w:rsidTr="00947454">
        <w:trPr>
          <w:trHeight w:val="403"/>
          <w:jc w:val="center"/>
        </w:trPr>
        <w:tc>
          <w:tcPr>
            <w:tcW w:w="1276" w:type="dxa"/>
            <w:vMerge/>
          </w:tcPr>
          <w:p w14:paraId="61B77780" w14:textId="77777777" w:rsidR="00D76421" w:rsidRDefault="00D76421"/>
        </w:tc>
        <w:tc>
          <w:tcPr>
            <w:tcW w:w="850" w:type="dxa"/>
            <w:vAlign w:val="center"/>
          </w:tcPr>
          <w:p w14:paraId="56704416" w14:textId="77777777" w:rsidR="00D76421" w:rsidRDefault="00D76421">
            <w:pPr>
              <w:jc w:val="center"/>
            </w:pPr>
          </w:p>
        </w:tc>
        <w:tc>
          <w:tcPr>
            <w:tcW w:w="709" w:type="dxa"/>
            <w:vAlign w:val="center"/>
          </w:tcPr>
          <w:p w14:paraId="2BF0F0FC" w14:textId="77777777" w:rsidR="00D76421" w:rsidRDefault="00D76421">
            <w:pPr>
              <w:jc w:val="center"/>
            </w:pPr>
          </w:p>
        </w:tc>
        <w:tc>
          <w:tcPr>
            <w:tcW w:w="1162" w:type="dxa"/>
            <w:vAlign w:val="center"/>
          </w:tcPr>
          <w:p w14:paraId="5559CA17" w14:textId="77777777" w:rsidR="00D76421" w:rsidRDefault="00D76421">
            <w:pPr>
              <w:jc w:val="center"/>
            </w:pPr>
          </w:p>
        </w:tc>
        <w:tc>
          <w:tcPr>
            <w:tcW w:w="2863" w:type="dxa"/>
            <w:vAlign w:val="center"/>
          </w:tcPr>
          <w:p w14:paraId="70AAA653" w14:textId="77777777" w:rsidR="00D76421" w:rsidRDefault="00D7642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5DBBB36A" w14:textId="77777777" w:rsidR="00D76421" w:rsidRDefault="00D76421">
            <w:pPr>
              <w:jc w:val="center"/>
            </w:pPr>
          </w:p>
        </w:tc>
        <w:tc>
          <w:tcPr>
            <w:tcW w:w="2608" w:type="dxa"/>
            <w:vAlign w:val="center"/>
          </w:tcPr>
          <w:p w14:paraId="04DECDB1" w14:textId="77777777" w:rsidR="00D76421" w:rsidRDefault="00D76421">
            <w:pPr>
              <w:jc w:val="center"/>
            </w:pPr>
          </w:p>
        </w:tc>
      </w:tr>
      <w:tr w:rsidR="00D76421" w14:paraId="684637A1" w14:textId="77777777" w:rsidTr="00947454">
        <w:trPr>
          <w:trHeight w:val="403"/>
          <w:jc w:val="center"/>
        </w:trPr>
        <w:tc>
          <w:tcPr>
            <w:tcW w:w="1276" w:type="dxa"/>
            <w:vMerge/>
          </w:tcPr>
          <w:p w14:paraId="0D50B7AB" w14:textId="77777777" w:rsidR="00D76421" w:rsidRDefault="00D76421"/>
        </w:tc>
        <w:tc>
          <w:tcPr>
            <w:tcW w:w="850" w:type="dxa"/>
            <w:vAlign w:val="center"/>
          </w:tcPr>
          <w:p w14:paraId="6CA2D065" w14:textId="77777777" w:rsidR="00D76421" w:rsidRDefault="00D76421">
            <w:pPr>
              <w:jc w:val="center"/>
            </w:pPr>
          </w:p>
        </w:tc>
        <w:tc>
          <w:tcPr>
            <w:tcW w:w="709" w:type="dxa"/>
            <w:vAlign w:val="center"/>
          </w:tcPr>
          <w:p w14:paraId="3D219227" w14:textId="77777777" w:rsidR="00D76421" w:rsidRDefault="00D76421">
            <w:pPr>
              <w:jc w:val="center"/>
            </w:pPr>
          </w:p>
        </w:tc>
        <w:tc>
          <w:tcPr>
            <w:tcW w:w="1162" w:type="dxa"/>
            <w:vAlign w:val="center"/>
          </w:tcPr>
          <w:p w14:paraId="4BF0A587" w14:textId="77777777" w:rsidR="00D76421" w:rsidRDefault="00D76421">
            <w:pPr>
              <w:jc w:val="center"/>
            </w:pPr>
          </w:p>
        </w:tc>
        <w:tc>
          <w:tcPr>
            <w:tcW w:w="2863" w:type="dxa"/>
            <w:vAlign w:val="center"/>
          </w:tcPr>
          <w:p w14:paraId="6A0B1132" w14:textId="77777777" w:rsidR="00D76421" w:rsidRDefault="00D7642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459F8D3F" w14:textId="77777777" w:rsidR="00D76421" w:rsidRDefault="00D76421">
            <w:pPr>
              <w:jc w:val="center"/>
            </w:pPr>
          </w:p>
        </w:tc>
        <w:tc>
          <w:tcPr>
            <w:tcW w:w="2608" w:type="dxa"/>
            <w:vAlign w:val="center"/>
          </w:tcPr>
          <w:p w14:paraId="14FA7AD0" w14:textId="77777777" w:rsidR="00D76421" w:rsidRDefault="00D76421">
            <w:pPr>
              <w:jc w:val="center"/>
            </w:pPr>
          </w:p>
        </w:tc>
      </w:tr>
      <w:tr w:rsidR="00D76421" w14:paraId="5DF909EC" w14:textId="77777777" w:rsidTr="00947454">
        <w:trPr>
          <w:trHeight w:val="403"/>
          <w:jc w:val="center"/>
        </w:trPr>
        <w:tc>
          <w:tcPr>
            <w:tcW w:w="1276" w:type="dxa"/>
            <w:vMerge/>
          </w:tcPr>
          <w:p w14:paraId="68D112EC" w14:textId="77777777" w:rsidR="00D76421" w:rsidRDefault="00D76421"/>
        </w:tc>
        <w:tc>
          <w:tcPr>
            <w:tcW w:w="850" w:type="dxa"/>
            <w:vAlign w:val="center"/>
          </w:tcPr>
          <w:p w14:paraId="37CFD61B" w14:textId="77777777" w:rsidR="00D76421" w:rsidRDefault="00D76421">
            <w:pPr>
              <w:jc w:val="center"/>
            </w:pPr>
          </w:p>
        </w:tc>
        <w:tc>
          <w:tcPr>
            <w:tcW w:w="709" w:type="dxa"/>
            <w:vAlign w:val="center"/>
          </w:tcPr>
          <w:p w14:paraId="3B5592A4" w14:textId="77777777" w:rsidR="00D76421" w:rsidRDefault="00D76421">
            <w:pPr>
              <w:jc w:val="center"/>
            </w:pPr>
          </w:p>
        </w:tc>
        <w:tc>
          <w:tcPr>
            <w:tcW w:w="1162" w:type="dxa"/>
            <w:vAlign w:val="center"/>
          </w:tcPr>
          <w:p w14:paraId="5CE76655" w14:textId="77777777" w:rsidR="00D76421" w:rsidRDefault="00D76421">
            <w:pPr>
              <w:jc w:val="center"/>
            </w:pPr>
          </w:p>
        </w:tc>
        <w:tc>
          <w:tcPr>
            <w:tcW w:w="2863" w:type="dxa"/>
            <w:vAlign w:val="center"/>
          </w:tcPr>
          <w:p w14:paraId="344DB308" w14:textId="77777777" w:rsidR="00D76421" w:rsidRDefault="00D7642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23D9FFD1" w14:textId="77777777" w:rsidR="00D76421" w:rsidRDefault="00D76421">
            <w:pPr>
              <w:jc w:val="center"/>
            </w:pPr>
          </w:p>
        </w:tc>
        <w:tc>
          <w:tcPr>
            <w:tcW w:w="2608" w:type="dxa"/>
            <w:vAlign w:val="center"/>
          </w:tcPr>
          <w:p w14:paraId="7D37BA75" w14:textId="77777777" w:rsidR="00D76421" w:rsidRDefault="00D76421">
            <w:pPr>
              <w:jc w:val="center"/>
            </w:pPr>
          </w:p>
        </w:tc>
      </w:tr>
      <w:tr w:rsidR="00D76421" w14:paraId="6A91B9D5" w14:textId="77777777" w:rsidTr="00947454">
        <w:trPr>
          <w:trHeight w:val="403"/>
          <w:jc w:val="center"/>
        </w:trPr>
        <w:tc>
          <w:tcPr>
            <w:tcW w:w="1276" w:type="dxa"/>
            <w:vMerge/>
          </w:tcPr>
          <w:p w14:paraId="35FE8078" w14:textId="77777777" w:rsidR="00D76421" w:rsidRDefault="00D76421"/>
        </w:tc>
        <w:tc>
          <w:tcPr>
            <w:tcW w:w="850" w:type="dxa"/>
            <w:vAlign w:val="center"/>
          </w:tcPr>
          <w:p w14:paraId="7F935E58" w14:textId="77777777" w:rsidR="00D76421" w:rsidRDefault="00D76421">
            <w:pPr>
              <w:jc w:val="center"/>
            </w:pPr>
          </w:p>
        </w:tc>
        <w:tc>
          <w:tcPr>
            <w:tcW w:w="709" w:type="dxa"/>
            <w:vAlign w:val="center"/>
          </w:tcPr>
          <w:p w14:paraId="5397659B" w14:textId="77777777" w:rsidR="00D76421" w:rsidRDefault="00D76421">
            <w:pPr>
              <w:jc w:val="center"/>
            </w:pPr>
          </w:p>
        </w:tc>
        <w:tc>
          <w:tcPr>
            <w:tcW w:w="1162" w:type="dxa"/>
            <w:vAlign w:val="center"/>
          </w:tcPr>
          <w:p w14:paraId="7221CD16" w14:textId="77777777" w:rsidR="00D76421" w:rsidRDefault="00D76421">
            <w:pPr>
              <w:jc w:val="center"/>
            </w:pPr>
          </w:p>
        </w:tc>
        <w:tc>
          <w:tcPr>
            <w:tcW w:w="2863" w:type="dxa"/>
            <w:vAlign w:val="center"/>
          </w:tcPr>
          <w:p w14:paraId="15C5C6C5" w14:textId="77777777" w:rsidR="00D76421" w:rsidRDefault="00D7642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5F673E1E" w14:textId="77777777" w:rsidR="00D76421" w:rsidRDefault="00D76421">
            <w:pPr>
              <w:jc w:val="center"/>
            </w:pPr>
          </w:p>
        </w:tc>
        <w:tc>
          <w:tcPr>
            <w:tcW w:w="2608" w:type="dxa"/>
            <w:vAlign w:val="center"/>
          </w:tcPr>
          <w:p w14:paraId="16C6FAD7" w14:textId="77777777" w:rsidR="00D76421" w:rsidRDefault="00D76421">
            <w:pPr>
              <w:jc w:val="center"/>
            </w:pPr>
          </w:p>
        </w:tc>
      </w:tr>
      <w:tr w:rsidR="00D76421" w14:paraId="48E4C34C" w14:textId="77777777" w:rsidTr="00947454">
        <w:trPr>
          <w:trHeight w:val="403"/>
          <w:jc w:val="center"/>
        </w:trPr>
        <w:tc>
          <w:tcPr>
            <w:tcW w:w="1276" w:type="dxa"/>
            <w:vMerge w:val="restart"/>
            <w:vAlign w:val="center"/>
          </w:tcPr>
          <w:p w14:paraId="73931544" w14:textId="77777777" w:rsidR="00D76421" w:rsidRDefault="00000000">
            <w:pPr>
              <w:jc w:val="center"/>
            </w:pPr>
            <w:r>
              <w:t>12.11.2026</w:t>
            </w:r>
            <w:r>
              <w:br/>
              <w:t>Perşembe</w:t>
            </w:r>
          </w:p>
        </w:tc>
        <w:tc>
          <w:tcPr>
            <w:tcW w:w="850" w:type="dxa"/>
            <w:vAlign w:val="center"/>
          </w:tcPr>
          <w:p w14:paraId="6CA3B954" w14:textId="77777777" w:rsidR="00D76421" w:rsidRDefault="00000000">
            <w:pPr>
              <w:jc w:val="center"/>
            </w:pPr>
            <w:r>
              <w:t>11.00</w:t>
            </w:r>
          </w:p>
        </w:tc>
        <w:tc>
          <w:tcPr>
            <w:tcW w:w="709" w:type="dxa"/>
            <w:vAlign w:val="center"/>
          </w:tcPr>
          <w:p w14:paraId="6009AD72" w14:textId="77777777" w:rsidR="00D76421" w:rsidRDefault="00000000">
            <w:pPr>
              <w:jc w:val="center"/>
            </w:pPr>
            <w:r>
              <w:t>1</w:t>
            </w:r>
          </w:p>
        </w:tc>
        <w:tc>
          <w:tcPr>
            <w:tcW w:w="1162" w:type="dxa"/>
            <w:vAlign w:val="center"/>
          </w:tcPr>
          <w:p w14:paraId="6E4FD7D6" w14:textId="77777777" w:rsidR="00D76421" w:rsidRDefault="00000000">
            <w:pPr>
              <w:jc w:val="center"/>
            </w:pPr>
            <w:r>
              <w:t>SES1009</w:t>
            </w:r>
          </w:p>
        </w:tc>
        <w:tc>
          <w:tcPr>
            <w:tcW w:w="2863" w:type="dxa"/>
            <w:vAlign w:val="center"/>
          </w:tcPr>
          <w:p w14:paraId="08181C64" w14:textId="77777777" w:rsidR="00D76421" w:rsidRDefault="00000000">
            <w:pPr>
              <w:jc w:val="center"/>
            </w:pPr>
            <w:r>
              <w:t>Nota Okuma</w:t>
            </w:r>
          </w:p>
        </w:tc>
        <w:tc>
          <w:tcPr>
            <w:tcW w:w="1417" w:type="dxa"/>
            <w:vAlign w:val="center"/>
          </w:tcPr>
          <w:p w14:paraId="2005CE52" w14:textId="77777777" w:rsidR="00D76421" w:rsidRDefault="00000000">
            <w:pPr>
              <w:jc w:val="center"/>
            </w:pPr>
            <w:r>
              <w:t>MZA02</w:t>
            </w:r>
          </w:p>
        </w:tc>
        <w:tc>
          <w:tcPr>
            <w:tcW w:w="2608" w:type="dxa"/>
            <w:vAlign w:val="center"/>
          </w:tcPr>
          <w:p w14:paraId="19C8D6CA" w14:textId="77777777" w:rsidR="00D76421" w:rsidRDefault="00000000">
            <w:pPr>
              <w:jc w:val="center"/>
            </w:pPr>
            <w:r>
              <w:t>Doç. Dr. Erhan ZETEROĞLU</w:t>
            </w:r>
          </w:p>
        </w:tc>
      </w:tr>
      <w:tr w:rsidR="00D76421" w14:paraId="42E46739" w14:textId="77777777" w:rsidTr="00947454">
        <w:trPr>
          <w:trHeight w:val="403"/>
          <w:jc w:val="center"/>
        </w:trPr>
        <w:tc>
          <w:tcPr>
            <w:tcW w:w="1276" w:type="dxa"/>
            <w:vMerge/>
          </w:tcPr>
          <w:p w14:paraId="0B251221" w14:textId="77777777" w:rsidR="00D76421" w:rsidRDefault="00D76421"/>
        </w:tc>
        <w:tc>
          <w:tcPr>
            <w:tcW w:w="850" w:type="dxa"/>
            <w:vAlign w:val="center"/>
          </w:tcPr>
          <w:p w14:paraId="28353576" w14:textId="77777777" w:rsidR="00D76421" w:rsidRDefault="00D76421">
            <w:pPr>
              <w:jc w:val="center"/>
            </w:pPr>
          </w:p>
        </w:tc>
        <w:tc>
          <w:tcPr>
            <w:tcW w:w="709" w:type="dxa"/>
            <w:vAlign w:val="center"/>
          </w:tcPr>
          <w:p w14:paraId="1C50AF8F" w14:textId="77777777" w:rsidR="00D76421" w:rsidRDefault="00D76421">
            <w:pPr>
              <w:jc w:val="center"/>
            </w:pPr>
          </w:p>
        </w:tc>
        <w:tc>
          <w:tcPr>
            <w:tcW w:w="1162" w:type="dxa"/>
            <w:vAlign w:val="center"/>
          </w:tcPr>
          <w:p w14:paraId="5E6BC38F" w14:textId="77777777" w:rsidR="00D76421" w:rsidRDefault="00D76421">
            <w:pPr>
              <w:jc w:val="center"/>
            </w:pPr>
          </w:p>
        </w:tc>
        <w:tc>
          <w:tcPr>
            <w:tcW w:w="2863" w:type="dxa"/>
            <w:vAlign w:val="center"/>
          </w:tcPr>
          <w:p w14:paraId="673A3125" w14:textId="77777777" w:rsidR="00D76421" w:rsidRDefault="00D7642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3E7C3D5F" w14:textId="77777777" w:rsidR="00D76421" w:rsidRDefault="00D76421">
            <w:pPr>
              <w:jc w:val="center"/>
            </w:pPr>
          </w:p>
        </w:tc>
        <w:tc>
          <w:tcPr>
            <w:tcW w:w="2608" w:type="dxa"/>
            <w:vAlign w:val="center"/>
          </w:tcPr>
          <w:p w14:paraId="3F4B32B0" w14:textId="77777777" w:rsidR="00D76421" w:rsidRDefault="00D76421">
            <w:pPr>
              <w:jc w:val="center"/>
            </w:pPr>
          </w:p>
        </w:tc>
      </w:tr>
      <w:tr w:rsidR="00D76421" w14:paraId="5DBDB746" w14:textId="77777777" w:rsidTr="00947454">
        <w:trPr>
          <w:trHeight w:val="403"/>
          <w:jc w:val="center"/>
        </w:trPr>
        <w:tc>
          <w:tcPr>
            <w:tcW w:w="1276" w:type="dxa"/>
            <w:vMerge/>
          </w:tcPr>
          <w:p w14:paraId="4F58D504" w14:textId="77777777" w:rsidR="00D76421" w:rsidRDefault="00D76421"/>
        </w:tc>
        <w:tc>
          <w:tcPr>
            <w:tcW w:w="850" w:type="dxa"/>
            <w:vAlign w:val="center"/>
          </w:tcPr>
          <w:p w14:paraId="1DF0D618" w14:textId="77777777" w:rsidR="00D76421" w:rsidRDefault="00D76421">
            <w:pPr>
              <w:jc w:val="center"/>
            </w:pPr>
          </w:p>
        </w:tc>
        <w:tc>
          <w:tcPr>
            <w:tcW w:w="709" w:type="dxa"/>
            <w:vAlign w:val="center"/>
          </w:tcPr>
          <w:p w14:paraId="3B520FD1" w14:textId="77777777" w:rsidR="00D76421" w:rsidRDefault="00D76421">
            <w:pPr>
              <w:jc w:val="center"/>
            </w:pPr>
          </w:p>
        </w:tc>
        <w:tc>
          <w:tcPr>
            <w:tcW w:w="1162" w:type="dxa"/>
            <w:vAlign w:val="center"/>
          </w:tcPr>
          <w:p w14:paraId="56358823" w14:textId="77777777" w:rsidR="00D76421" w:rsidRDefault="00D76421">
            <w:pPr>
              <w:jc w:val="center"/>
            </w:pPr>
          </w:p>
        </w:tc>
        <w:tc>
          <w:tcPr>
            <w:tcW w:w="2863" w:type="dxa"/>
            <w:vAlign w:val="center"/>
          </w:tcPr>
          <w:p w14:paraId="5EB47DEE" w14:textId="77777777" w:rsidR="00D76421" w:rsidRDefault="00D7642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4D4FFDC9" w14:textId="77777777" w:rsidR="00D76421" w:rsidRDefault="00D76421">
            <w:pPr>
              <w:jc w:val="center"/>
            </w:pPr>
          </w:p>
        </w:tc>
        <w:tc>
          <w:tcPr>
            <w:tcW w:w="2608" w:type="dxa"/>
            <w:vAlign w:val="center"/>
          </w:tcPr>
          <w:p w14:paraId="10C7D832" w14:textId="77777777" w:rsidR="00D76421" w:rsidRDefault="00D76421">
            <w:pPr>
              <w:jc w:val="center"/>
            </w:pPr>
          </w:p>
        </w:tc>
      </w:tr>
      <w:tr w:rsidR="00D76421" w14:paraId="118433C6" w14:textId="77777777" w:rsidTr="00947454">
        <w:trPr>
          <w:trHeight w:val="403"/>
          <w:jc w:val="center"/>
        </w:trPr>
        <w:tc>
          <w:tcPr>
            <w:tcW w:w="1276" w:type="dxa"/>
            <w:vMerge/>
          </w:tcPr>
          <w:p w14:paraId="522CF2B6" w14:textId="77777777" w:rsidR="00D76421" w:rsidRDefault="00D76421"/>
        </w:tc>
        <w:tc>
          <w:tcPr>
            <w:tcW w:w="850" w:type="dxa"/>
            <w:vAlign w:val="center"/>
          </w:tcPr>
          <w:p w14:paraId="21681ABE" w14:textId="77777777" w:rsidR="00D76421" w:rsidRDefault="00D76421">
            <w:pPr>
              <w:jc w:val="center"/>
            </w:pPr>
          </w:p>
        </w:tc>
        <w:tc>
          <w:tcPr>
            <w:tcW w:w="709" w:type="dxa"/>
            <w:vAlign w:val="center"/>
          </w:tcPr>
          <w:p w14:paraId="31D6B0B5" w14:textId="77777777" w:rsidR="00D76421" w:rsidRDefault="00D76421">
            <w:pPr>
              <w:jc w:val="center"/>
            </w:pPr>
          </w:p>
        </w:tc>
        <w:tc>
          <w:tcPr>
            <w:tcW w:w="1162" w:type="dxa"/>
            <w:vAlign w:val="center"/>
          </w:tcPr>
          <w:p w14:paraId="1445E6C0" w14:textId="77777777" w:rsidR="00D76421" w:rsidRDefault="00D76421">
            <w:pPr>
              <w:jc w:val="center"/>
            </w:pPr>
          </w:p>
        </w:tc>
        <w:tc>
          <w:tcPr>
            <w:tcW w:w="2863" w:type="dxa"/>
            <w:vAlign w:val="center"/>
          </w:tcPr>
          <w:p w14:paraId="58B202CE" w14:textId="77777777" w:rsidR="00D76421" w:rsidRDefault="00D7642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4022755F" w14:textId="77777777" w:rsidR="00D76421" w:rsidRDefault="00D76421">
            <w:pPr>
              <w:jc w:val="center"/>
            </w:pPr>
          </w:p>
        </w:tc>
        <w:tc>
          <w:tcPr>
            <w:tcW w:w="2608" w:type="dxa"/>
            <w:vAlign w:val="center"/>
          </w:tcPr>
          <w:p w14:paraId="04FDA3DE" w14:textId="77777777" w:rsidR="00D76421" w:rsidRDefault="00D76421">
            <w:pPr>
              <w:jc w:val="center"/>
            </w:pPr>
          </w:p>
        </w:tc>
      </w:tr>
      <w:tr w:rsidR="00947454" w14:paraId="228F0F04" w14:textId="77777777" w:rsidTr="00947454">
        <w:trPr>
          <w:trHeight w:val="403"/>
          <w:jc w:val="center"/>
        </w:trPr>
        <w:tc>
          <w:tcPr>
            <w:tcW w:w="1276" w:type="dxa"/>
            <w:vMerge w:val="restart"/>
            <w:vAlign w:val="center"/>
          </w:tcPr>
          <w:p w14:paraId="17C2E848" w14:textId="77777777" w:rsidR="00947454" w:rsidRDefault="00947454" w:rsidP="00947454">
            <w:pPr>
              <w:jc w:val="center"/>
            </w:pPr>
            <w:r>
              <w:t>13.11.2026</w:t>
            </w:r>
            <w:r>
              <w:br/>
              <w:t>Cuma</w:t>
            </w:r>
          </w:p>
        </w:tc>
        <w:tc>
          <w:tcPr>
            <w:tcW w:w="850" w:type="dxa"/>
          </w:tcPr>
          <w:p w14:paraId="2B55D239" w14:textId="188E1354" w:rsidR="00947454" w:rsidRDefault="00947454" w:rsidP="0094745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13:00</w:t>
            </w:r>
          </w:p>
        </w:tc>
        <w:tc>
          <w:tcPr>
            <w:tcW w:w="709" w:type="dxa"/>
          </w:tcPr>
          <w:p w14:paraId="166E93CD" w14:textId="1D8847C6" w:rsidR="00947454" w:rsidRDefault="00947454" w:rsidP="0094745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2" w:type="dxa"/>
          </w:tcPr>
          <w:p w14:paraId="2B28D0B4" w14:textId="10362AA2" w:rsidR="00947454" w:rsidRDefault="00947454" w:rsidP="0094745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ENF1021</w:t>
            </w:r>
          </w:p>
        </w:tc>
        <w:tc>
          <w:tcPr>
            <w:tcW w:w="2863" w:type="dxa"/>
          </w:tcPr>
          <w:p w14:paraId="57DB49D4" w14:textId="090E4912" w:rsidR="00947454" w:rsidRDefault="00947454" w:rsidP="0094745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Temel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Bilgisayar</w:t>
            </w:r>
            <w:proofErr w:type="spellEnd"/>
          </w:p>
        </w:tc>
        <w:tc>
          <w:tcPr>
            <w:tcW w:w="1417" w:type="dxa"/>
          </w:tcPr>
          <w:p w14:paraId="12AC2BF3" w14:textId="79167F15" w:rsidR="00947454" w:rsidRDefault="00947454" w:rsidP="00947454">
            <w:pPr>
              <w:jc w:val="center"/>
            </w:pPr>
            <w:r>
              <w:rPr>
                <w:rFonts w:ascii="Verdana" w:hAnsi="Verdana" w:cs="Arial"/>
                <w:color w:val="000000"/>
                <w:sz w:val="15"/>
                <w:szCs w:val="15"/>
              </w:rPr>
              <w:t>MZZ-03</w:t>
            </w:r>
          </w:p>
        </w:tc>
        <w:tc>
          <w:tcPr>
            <w:tcW w:w="2608" w:type="dxa"/>
          </w:tcPr>
          <w:p w14:paraId="721ECC43" w14:textId="55FA403D" w:rsidR="00947454" w:rsidRDefault="00947454" w:rsidP="0094745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Üyesi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Fikri Zafer ÖZGÜR</w:t>
            </w:r>
          </w:p>
        </w:tc>
      </w:tr>
      <w:tr w:rsidR="00D76421" w14:paraId="054E8424" w14:textId="77777777" w:rsidTr="00947454">
        <w:trPr>
          <w:trHeight w:val="403"/>
          <w:jc w:val="center"/>
        </w:trPr>
        <w:tc>
          <w:tcPr>
            <w:tcW w:w="1276" w:type="dxa"/>
            <w:vMerge/>
          </w:tcPr>
          <w:p w14:paraId="653FDCD9" w14:textId="77777777" w:rsidR="00D76421" w:rsidRDefault="00D76421"/>
        </w:tc>
        <w:tc>
          <w:tcPr>
            <w:tcW w:w="850" w:type="dxa"/>
            <w:vAlign w:val="center"/>
          </w:tcPr>
          <w:p w14:paraId="5E086D36" w14:textId="77777777" w:rsidR="00D76421" w:rsidRDefault="00D76421">
            <w:pPr>
              <w:jc w:val="center"/>
            </w:pPr>
          </w:p>
        </w:tc>
        <w:tc>
          <w:tcPr>
            <w:tcW w:w="709" w:type="dxa"/>
            <w:vAlign w:val="center"/>
          </w:tcPr>
          <w:p w14:paraId="04529E8A" w14:textId="77777777" w:rsidR="00D76421" w:rsidRDefault="00D76421">
            <w:pPr>
              <w:jc w:val="center"/>
            </w:pPr>
          </w:p>
        </w:tc>
        <w:tc>
          <w:tcPr>
            <w:tcW w:w="1162" w:type="dxa"/>
            <w:vAlign w:val="center"/>
          </w:tcPr>
          <w:p w14:paraId="7098D984" w14:textId="77777777" w:rsidR="00D76421" w:rsidRDefault="00D76421">
            <w:pPr>
              <w:jc w:val="center"/>
            </w:pPr>
          </w:p>
        </w:tc>
        <w:tc>
          <w:tcPr>
            <w:tcW w:w="2863" w:type="dxa"/>
            <w:vAlign w:val="center"/>
          </w:tcPr>
          <w:p w14:paraId="32DD7E70" w14:textId="77777777" w:rsidR="00D76421" w:rsidRDefault="00D7642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76484E4C" w14:textId="77777777" w:rsidR="00D76421" w:rsidRDefault="00D76421">
            <w:pPr>
              <w:jc w:val="center"/>
            </w:pPr>
          </w:p>
        </w:tc>
        <w:tc>
          <w:tcPr>
            <w:tcW w:w="2608" w:type="dxa"/>
            <w:vAlign w:val="center"/>
          </w:tcPr>
          <w:p w14:paraId="4EF0C1FA" w14:textId="77777777" w:rsidR="00D76421" w:rsidRDefault="00D76421">
            <w:pPr>
              <w:jc w:val="center"/>
            </w:pPr>
          </w:p>
        </w:tc>
      </w:tr>
      <w:tr w:rsidR="00D76421" w14:paraId="14829F10" w14:textId="77777777" w:rsidTr="00947454">
        <w:trPr>
          <w:trHeight w:val="403"/>
          <w:jc w:val="center"/>
        </w:trPr>
        <w:tc>
          <w:tcPr>
            <w:tcW w:w="1276" w:type="dxa"/>
            <w:vMerge/>
          </w:tcPr>
          <w:p w14:paraId="30301745" w14:textId="77777777" w:rsidR="00D76421" w:rsidRDefault="00D76421"/>
        </w:tc>
        <w:tc>
          <w:tcPr>
            <w:tcW w:w="850" w:type="dxa"/>
            <w:vAlign w:val="center"/>
          </w:tcPr>
          <w:p w14:paraId="3FF982C4" w14:textId="77777777" w:rsidR="00D76421" w:rsidRDefault="00D76421">
            <w:pPr>
              <w:jc w:val="center"/>
            </w:pPr>
          </w:p>
        </w:tc>
        <w:tc>
          <w:tcPr>
            <w:tcW w:w="709" w:type="dxa"/>
            <w:vAlign w:val="center"/>
          </w:tcPr>
          <w:p w14:paraId="621A64BB" w14:textId="77777777" w:rsidR="00D76421" w:rsidRDefault="00D76421">
            <w:pPr>
              <w:jc w:val="center"/>
            </w:pPr>
          </w:p>
        </w:tc>
        <w:tc>
          <w:tcPr>
            <w:tcW w:w="1162" w:type="dxa"/>
            <w:vAlign w:val="center"/>
          </w:tcPr>
          <w:p w14:paraId="2997375F" w14:textId="77777777" w:rsidR="00D76421" w:rsidRDefault="00D76421">
            <w:pPr>
              <w:jc w:val="center"/>
            </w:pPr>
          </w:p>
        </w:tc>
        <w:tc>
          <w:tcPr>
            <w:tcW w:w="2863" w:type="dxa"/>
            <w:vAlign w:val="center"/>
          </w:tcPr>
          <w:p w14:paraId="2933FE65" w14:textId="77777777" w:rsidR="00D76421" w:rsidRDefault="00D7642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4AB33C16" w14:textId="77777777" w:rsidR="00D76421" w:rsidRDefault="00D76421">
            <w:pPr>
              <w:jc w:val="center"/>
            </w:pPr>
          </w:p>
        </w:tc>
        <w:tc>
          <w:tcPr>
            <w:tcW w:w="2608" w:type="dxa"/>
            <w:vAlign w:val="center"/>
          </w:tcPr>
          <w:p w14:paraId="5914F833" w14:textId="77777777" w:rsidR="00D76421" w:rsidRDefault="00D76421">
            <w:pPr>
              <w:jc w:val="center"/>
            </w:pPr>
          </w:p>
        </w:tc>
      </w:tr>
      <w:tr w:rsidR="00D76421" w14:paraId="7E3708FE" w14:textId="77777777" w:rsidTr="00947454">
        <w:trPr>
          <w:trHeight w:val="403"/>
          <w:jc w:val="center"/>
        </w:trPr>
        <w:tc>
          <w:tcPr>
            <w:tcW w:w="1276" w:type="dxa"/>
            <w:vMerge/>
          </w:tcPr>
          <w:p w14:paraId="721CD6D1" w14:textId="77777777" w:rsidR="00D76421" w:rsidRDefault="00D76421"/>
        </w:tc>
        <w:tc>
          <w:tcPr>
            <w:tcW w:w="850" w:type="dxa"/>
            <w:vAlign w:val="center"/>
          </w:tcPr>
          <w:p w14:paraId="5769FDFF" w14:textId="77777777" w:rsidR="00D76421" w:rsidRDefault="00D76421">
            <w:pPr>
              <w:jc w:val="center"/>
            </w:pPr>
          </w:p>
        </w:tc>
        <w:tc>
          <w:tcPr>
            <w:tcW w:w="709" w:type="dxa"/>
            <w:vAlign w:val="center"/>
          </w:tcPr>
          <w:p w14:paraId="1841F309" w14:textId="77777777" w:rsidR="00D76421" w:rsidRDefault="00D76421">
            <w:pPr>
              <w:jc w:val="center"/>
            </w:pPr>
          </w:p>
        </w:tc>
        <w:tc>
          <w:tcPr>
            <w:tcW w:w="1162" w:type="dxa"/>
            <w:vAlign w:val="center"/>
          </w:tcPr>
          <w:p w14:paraId="35155A1D" w14:textId="77777777" w:rsidR="00D76421" w:rsidRDefault="00D76421">
            <w:pPr>
              <w:jc w:val="center"/>
            </w:pPr>
          </w:p>
        </w:tc>
        <w:tc>
          <w:tcPr>
            <w:tcW w:w="2863" w:type="dxa"/>
            <w:vAlign w:val="center"/>
          </w:tcPr>
          <w:p w14:paraId="0F2EED12" w14:textId="77777777" w:rsidR="00D76421" w:rsidRDefault="00D7642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1649798C" w14:textId="77777777" w:rsidR="00D76421" w:rsidRDefault="00D76421">
            <w:pPr>
              <w:jc w:val="center"/>
            </w:pPr>
          </w:p>
        </w:tc>
        <w:tc>
          <w:tcPr>
            <w:tcW w:w="2608" w:type="dxa"/>
            <w:vAlign w:val="center"/>
          </w:tcPr>
          <w:p w14:paraId="1BC8B791" w14:textId="77777777" w:rsidR="00D76421" w:rsidRDefault="00D76421">
            <w:pPr>
              <w:jc w:val="center"/>
            </w:pPr>
          </w:p>
        </w:tc>
      </w:tr>
      <w:tr w:rsidR="00D76421" w14:paraId="58298E2F" w14:textId="77777777" w:rsidTr="00947454">
        <w:trPr>
          <w:trHeight w:val="403"/>
          <w:jc w:val="center"/>
        </w:trPr>
        <w:tc>
          <w:tcPr>
            <w:tcW w:w="1276" w:type="dxa"/>
            <w:vMerge/>
          </w:tcPr>
          <w:p w14:paraId="2060F7E1" w14:textId="77777777" w:rsidR="00D76421" w:rsidRDefault="00D76421"/>
        </w:tc>
        <w:tc>
          <w:tcPr>
            <w:tcW w:w="850" w:type="dxa"/>
            <w:vAlign w:val="center"/>
          </w:tcPr>
          <w:p w14:paraId="4312331A" w14:textId="77777777" w:rsidR="00D76421" w:rsidRDefault="00D76421">
            <w:pPr>
              <w:jc w:val="center"/>
            </w:pPr>
          </w:p>
        </w:tc>
        <w:tc>
          <w:tcPr>
            <w:tcW w:w="709" w:type="dxa"/>
            <w:vAlign w:val="center"/>
          </w:tcPr>
          <w:p w14:paraId="2C3F4769" w14:textId="77777777" w:rsidR="00D76421" w:rsidRDefault="00D76421">
            <w:pPr>
              <w:jc w:val="center"/>
            </w:pPr>
          </w:p>
        </w:tc>
        <w:tc>
          <w:tcPr>
            <w:tcW w:w="1162" w:type="dxa"/>
            <w:vAlign w:val="center"/>
          </w:tcPr>
          <w:p w14:paraId="12A34E41" w14:textId="77777777" w:rsidR="00D76421" w:rsidRDefault="00D76421">
            <w:pPr>
              <w:jc w:val="center"/>
            </w:pPr>
          </w:p>
        </w:tc>
        <w:tc>
          <w:tcPr>
            <w:tcW w:w="2863" w:type="dxa"/>
            <w:vAlign w:val="center"/>
          </w:tcPr>
          <w:p w14:paraId="1DFDD58D" w14:textId="77777777" w:rsidR="00D76421" w:rsidRDefault="00D7642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2DF65612" w14:textId="77777777" w:rsidR="00D76421" w:rsidRDefault="00D76421">
            <w:pPr>
              <w:jc w:val="center"/>
            </w:pPr>
          </w:p>
        </w:tc>
        <w:tc>
          <w:tcPr>
            <w:tcW w:w="2608" w:type="dxa"/>
            <w:vAlign w:val="center"/>
          </w:tcPr>
          <w:p w14:paraId="5E50ADD4" w14:textId="77777777" w:rsidR="00D76421" w:rsidRDefault="00D76421">
            <w:pPr>
              <w:jc w:val="center"/>
            </w:pPr>
          </w:p>
        </w:tc>
      </w:tr>
    </w:tbl>
    <w:p w14:paraId="4D4077B1" w14:textId="77777777" w:rsidR="00D76421" w:rsidRDefault="00D76421"/>
    <w:p w14:paraId="3D3C9A3E" w14:textId="4E09C6E3" w:rsidR="00D76421" w:rsidRDefault="00000000">
      <w:pPr>
        <w:jc w:val="center"/>
      </w:pPr>
      <w:r>
        <w:rPr>
          <w:b/>
        </w:rPr>
        <w:t>Doç. Dr. Mehmet Sait Halim GENÇOĞLU</w:t>
      </w:r>
      <w:r>
        <w:rPr>
          <w:b/>
        </w:rPr>
        <w:br/>
      </w:r>
      <w:r>
        <w:rPr>
          <w:b/>
        </w:rPr>
        <w:br/>
        <w:t xml:space="preserve">Ses </w:t>
      </w:r>
      <w:proofErr w:type="spellStart"/>
      <w:r>
        <w:rPr>
          <w:b/>
        </w:rPr>
        <w:t>Eğitimi</w:t>
      </w:r>
      <w:proofErr w:type="spellEnd"/>
      <w:r>
        <w:rPr>
          <w:b/>
        </w:rPr>
        <w:t xml:space="preserve"> Bölümü Bşk.</w:t>
      </w:r>
      <w:r w:rsidR="00947454">
        <w:rPr>
          <w:b/>
        </w:rPr>
        <w:t xml:space="preserve"> V.</w:t>
      </w:r>
    </w:p>
    <w:sectPr w:rsidR="00D76421" w:rsidSect="00034616">
      <w:pgSz w:w="11906" w:h="16838"/>
      <w:pgMar w:top="624" w:right="510" w:bottom="624" w:left="5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95046720">
    <w:abstractNumId w:val="8"/>
  </w:num>
  <w:num w:numId="2" w16cid:durableId="753403642">
    <w:abstractNumId w:val="6"/>
  </w:num>
  <w:num w:numId="3" w16cid:durableId="671875578">
    <w:abstractNumId w:val="5"/>
  </w:num>
  <w:num w:numId="4" w16cid:durableId="1183864809">
    <w:abstractNumId w:val="4"/>
  </w:num>
  <w:num w:numId="5" w16cid:durableId="160972864">
    <w:abstractNumId w:val="7"/>
  </w:num>
  <w:num w:numId="6" w16cid:durableId="355691295">
    <w:abstractNumId w:val="3"/>
  </w:num>
  <w:num w:numId="7" w16cid:durableId="1365595149">
    <w:abstractNumId w:val="2"/>
  </w:num>
  <w:num w:numId="8" w16cid:durableId="64183571">
    <w:abstractNumId w:val="1"/>
  </w:num>
  <w:num w:numId="9" w16cid:durableId="9527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55448"/>
    <w:rsid w:val="00947454"/>
    <w:rsid w:val="00AA1D8D"/>
    <w:rsid w:val="00B47730"/>
    <w:rsid w:val="00CB0664"/>
    <w:rsid w:val="00D7642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866CE8"/>
  <w14:defaultImageDpi w14:val="300"/>
  <w15:docId w15:val="{8427764C-0490-4892-A8AD-6F85BF8D2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6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timur vural</cp:lastModifiedBy>
  <cp:revision>2</cp:revision>
  <dcterms:created xsi:type="dcterms:W3CDTF">2013-12-23T23:15:00Z</dcterms:created>
  <dcterms:modified xsi:type="dcterms:W3CDTF">2026-10-22T09:05:00Z</dcterms:modified>
  <cp:category/>
</cp:coreProperties>
</file>