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CB9" w:rsidRDefault="00B94EB5">
      <w:pPr>
        <w:jc w:val="center"/>
      </w:pPr>
      <w:r>
        <w:rPr>
          <w:b/>
        </w:rPr>
        <w:t>T.C.</w:t>
      </w:r>
      <w:r w:rsidR="00806F1E" w:rsidRPr="00806F1E">
        <w:rPr>
          <w:b/>
          <w:noProof/>
          <w:lang w:val="tr-TR" w:eastAsia="tr-TR"/>
        </w:rPr>
        <w:t xml:space="preserve"> </w:t>
      </w:r>
      <w:r>
        <w:rPr>
          <w:b/>
        </w:rPr>
        <w:br/>
        <w:t>NİĞDE ÖMER HALİSDEMİR ÜNİVERSİTESİ</w:t>
      </w:r>
      <w:r>
        <w:rPr>
          <w:b/>
        </w:rPr>
        <w:br/>
        <w:t>TIP FAKÜLTESİ DEKANLIĞINA</w:t>
      </w:r>
      <w:r>
        <w:rPr>
          <w:b/>
        </w:rPr>
        <w:br/>
      </w:r>
    </w:p>
    <w:p w:rsidR="00BE6CB9" w:rsidRDefault="00BE6CB9"/>
    <w:p w:rsidR="00BE6CB9" w:rsidRDefault="00B94EB5">
      <w:r>
        <w:rPr>
          <w:b/>
        </w:rPr>
        <w:t>Konu: Özel Öğrencilik Başvurusu</w:t>
      </w:r>
    </w:p>
    <w:p w:rsidR="00BE6CB9" w:rsidRDefault="00B94EB5">
      <w:r>
        <w:t>Yükseköğretim Kurulu Başkanlığının 17.07.2026 tarihli Yükseköğretim Yürütme Kurulu Kararı doğrultusunda 2026-2027 eğitim-öğretim yılı için özel öğrenci statüsünde öğrenim görmek istiyorum.</w:t>
      </w:r>
      <w:r>
        <w:br/>
      </w:r>
      <w:r>
        <w:br/>
        <w:t>Halen aşağıda bilgileri yer alan üniversitenin Tıp Fakültesinde öğrenim görmekteyim. Kayıtlı bulunduğum program ile eşdeğer ve öğretim dili aynı olan Niğde Ömer Halisdemir Üniversitesi Tıp Fakültesinde 2026-2027 eğitim-öğretim yılı süresince özel öğrenci olarak eğitim almam hususunda gereğini arz ederim.</w:t>
      </w:r>
    </w:p>
    <w:p w:rsidR="00BE6CB9" w:rsidRDefault="00BE6CB9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BE6CB9">
        <w:tc>
          <w:tcPr>
            <w:tcW w:w="4320" w:type="dxa"/>
          </w:tcPr>
          <w:p w:rsidR="00BE6CB9" w:rsidRDefault="00B94EB5">
            <w:r>
              <w:t>Adı Soyadı</w:t>
            </w:r>
          </w:p>
        </w:tc>
        <w:tc>
          <w:tcPr>
            <w:tcW w:w="4320" w:type="dxa"/>
          </w:tcPr>
          <w:p w:rsidR="00BE6CB9" w:rsidRDefault="00BE6CB9"/>
        </w:tc>
      </w:tr>
      <w:tr w:rsidR="00BE6CB9">
        <w:tc>
          <w:tcPr>
            <w:tcW w:w="4320" w:type="dxa"/>
          </w:tcPr>
          <w:p w:rsidR="00BE6CB9" w:rsidRDefault="00B94EB5">
            <w:r>
              <w:t>T.C. Kimlik No</w:t>
            </w:r>
          </w:p>
        </w:tc>
        <w:tc>
          <w:tcPr>
            <w:tcW w:w="4320" w:type="dxa"/>
          </w:tcPr>
          <w:p w:rsidR="00BE6CB9" w:rsidRDefault="00BE6CB9"/>
        </w:tc>
      </w:tr>
      <w:tr w:rsidR="00BE6CB9">
        <w:tc>
          <w:tcPr>
            <w:tcW w:w="4320" w:type="dxa"/>
          </w:tcPr>
          <w:p w:rsidR="00BE6CB9" w:rsidRDefault="00B94EB5">
            <w:r>
              <w:t>Öğrenci No</w:t>
            </w:r>
          </w:p>
        </w:tc>
        <w:tc>
          <w:tcPr>
            <w:tcW w:w="4320" w:type="dxa"/>
          </w:tcPr>
          <w:p w:rsidR="00BE6CB9" w:rsidRDefault="00BE6CB9"/>
        </w:tc>
      </w:tr>
      <w:tr w:rsidR="00BE6CB9">
        <w:tc>
          <w:tcPr>
            <w:tcW w:w="4320" w:type="dxa"/>
          </w:tcPr>
          <w:p w:rsidR="00BE6CB9" w:rsidRDefault="00B94EB5">
            <w:r>
              <w:t>Telefon</w:t>
            </w:r>
          </w:p>
        </w:tc>
        <w:tc>
          <w:tcPr>
            <w:tcW w:w="4320" w:type="dxa"/>
          </w:tcPr>
          <w:p w:rsidR="00BE6CB9" w:rsidRDefault="00BE6CB9"/>
        </w:tc>
      </w:tr>
      <w:tr w:rsidR="00BE6CB9">
        <w:tc>
          <w:tcPr>
            <w:tcW w:w="4320" w:type="dxa"/>
          </w:tcPr>
          <w:p w:rsidR="00BE6CB9" w:rsidRDefault="00B94EB5">
            <w:r>
              <w:t>E-posta</w:t>
            </w:r>
          </w:p>
        </w:tc>
        <w:tc>
          <w:tcPr>
            <w:tcW w:w="4320" w:type="dxa"/>
          </w:tcPr>
          <w:p w:rsidR="00BE6CB9" w:rsidRDefault="00BE6CB9"/>
        </w:tc>
      </w:tr>
      <w:tr w:rsidR="00BE6CB9">
        <w:tc>
          <w:tcPr>
            <w:tcW w:w="4320" w:type="dxa"/>
          </w:tcPr>
          <w:p w:rsidR="00BE6CB9" w:rsidRDefault="00B94EB5">
            <w:r>
              <w:t>Kayıtlı Olduğu Üniversite</w:t>
            </w:r>
          </w:p>
        </w:tc>
        <w:tc>
          <w:tcPr>
            <w:tcW w:w="4320" w:type="dxa"/>
          </w:tcPr>
          <w:p w:rsidR="00BE6CB9" w:rsidRDefault="00BE6CB9"/>
        </w:tc>
      </w:tr>
      <w:tr w:rsidR="00BE6CB9">
        <w:tc>
          <w:tcPr>
            <w:tcW w:w="4320" w:type="dxa"/>
          </w:tcPr>
          <w:p w:rsidR="00BE6CB9" w:rsidRDefault="00B94EB5">
            <w:r>
              <w:t>Sınıf</w:t>
            </w:r>
          </w:p>
        </w:tc>
        <w:tc>
          <w:tcPr>
            <w:tcW w:w="4320" w:type="dxa"/>
          </w:tcPr>
          <w:p w:rsidR="00BE6CB9" w:rsidRDefault="00BE6CB9"/>
        </w:tc>
      </w:tr>
      <w:tr w:rsidR="00BE6CB9">
        <w:tc>
          <w:tcPr>
            <w:tcW w:w="4320" w:type="dxa"/>
          </w:tcPr>
          <w:p w:rsidR="00BE6CB9" w:rsidRDefault="00B94EB5">
            <w:r>
              <w:t>Öğretim Dili</w:t>
            </w:r>
          </w:p>
        </w:tc>
        <w:tc>
          <w:tcPr>
            <w:tcW w:w="4320" w:type="dxa"/>
          </w:tcPr>
          <w:p w:rsidR="00BE6CB9" w:rsidRDefault="00BE6CB9"/>
        </w:tc>
      </w:tr>
    </w:tbl>
    <w:p w:rsidR="00BE6CB9" w:rsidRDefault="00BE6CB9"/>
    <w:p w:rsidR="00C9049B" w:rsidRDefault="00C9049B" w:rsidP="00C9049B">
      <w:pPr>
        <w:jc w:val="right"/>
      </w:pPr>
      <w:proofErr w:type="spellStart"/>
      <w:r>
        <w:t>İsim</w:t>
      </w:r>
      <w:proofErr w:type="spellEnd"/>
      <w:r>
        <w:t xml:space="preserve"> SOYİSİM</w:t>
      </w:r>
    </w:p>
    <w:p w:rsidR="00C9049B" w:rsidRDefault="00C9049B" w:rsidP="00C9049B">
      <w:pPr>
        <w:ind w:left="6480" w:firstLine="720"/>
        <w:jc w:val="center"/>
      </w:pPr>
      <w:bookmarkStart w:id="0" w:name="_GoBack"/>
      <w:bookmarkEnd w:id="0"/>
      <w:proofErr w:type="spellStart"/>
      <w:r>
        <w:t>İmza</w:t>
      </w:r>
      <w:proofErr w:type="spellEnd"/>
    </w:p>
    <w:p w:rsidR="00C9049B" w:rsidRDefault="00C9049B"/>
    <w:p w:rsidR="00BE6CB9" w:rsidRDefault="00B94EB5">
      <w:r>
        <w:t>Ekler:</w:t>
      </w:r>
    </w:p>
    <w:p w:rsidR="00BE6CB9" w:rsidRDefault="00B94EB5">
      <w:pPr>
        <w:pStyle w:val="ListeMaddemi"/>
      </w:pPr>
      <w:r>
        <w:t>Öğrenci Belgesi</w:t>
      </w:r>
    </w:p>
    <w:p w:rsidR="00BE6CB9" w:rsidRDefault="00B94EB5">
      <w:pPr>
        <w:pStyle w:val="ListeMaddemi"/>
      </w:pPr>
      <w:r>
        <w:t>Güncel Transkript</w:t>
      </w:r>
    </w:p>
    <w:p w:rsidR="00BE6CB9" w:rsidRDefault="00B94EB5">
      <w:pPr>
        <w:pStyle w:val="ListeMaddemi"/>
      </w:pPr>
      <w:r>
        <w:t>Kimlik Fotokopisi</w:t>
      </w:r>
    </w:p>
    <w:p w:rsidR="00BE6CB9" w:rsidRDefault="00806F1E">
      <w:pPr>
        <w:pStyle w:val="ListeMaddemi"/>
      </w:pPr>
      <w:proofErr w:type="spellStart"/>
      <w:r>
        <w:t>Vesikalık</w:t>
      </w:r>
      <w:proofErr w:type="spellEnd"/>
      <w:r>
        <w:t xml:space="preserve"> </w:t>
      </w:r>
      <w:proofErr w:type="spellStart"/>
      <w:r>
        <w:t>Fotoğraf</w:t>
      </w:r>
      <w:proofErr w:type="spellEnd"/>
      <w:r>
        <w:t xml:space="preserve"> (1 </w:t>
      </w:r>
      <w:proofErr w:type="spellStart"/>
      <w:r>
        <w:t>Adet</w:t>
      </w:r>
      <w:proofErr w:type="spellEnd"/>
      <w:r>
        <w:t>)</w:t>
      </w:r>
    </w:p>
    <w:p w:rsidR="00BE6CB9" w:rsidRDefault="00BE6CB9"/>
    <w:sectPr w:rsidR="00BE6CB9" w:rsidSect="00C9049B">
      <w:headerReference w:type="default" r:id="rId8"/>
      <w:pgSz w:w="12240" w:h="15840"/>
      <w:pgMar w:top="1136" w:right="1800" w:bottom="284" w:left="1800" w:header="170" w:footer="6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79BA" w:rsidRDefault="002D79BA" w:rsidP="00806F1E">
      <w:pPr>
        <w:spacing w:after="0" w:line="240" w:lineRule="auto"/>
      </w:pPr>
      <w:r>
        <w:separator/>
      </w:r>
    </w:p>
  </w:endnote>
  <w:endnote w:type="continuationSeparator" w:id="0">
    <w:p w:rsidR="002D79BA" w:rsidRDefault="002D79BA" w:rsidP="00806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79BA" w:rsidRDefault="002D79BA" w:rsidP="00806F1E">
      <w:pPr>
        <w:spacing w:after="0" w:line="240" w:lineRule="auto"/>
      </w:pPr>
      <w:r>
        <w:separator/>
      </w:r>
    </w:p>
  </w:footnote>
  <w:footnote w:type="continuationSeparator" w:id="0">
    <w:p w:rsidR="002D79BA" w:rsidRDefault="002D79BA" w:rsidP="00806F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F1E" w:rsidRDefault="00C9049B" w:rsidP="00C9049B">
    <w:pPr>
      <w:ind w:hanging="1418"/>
    </w:pPr>
    <w:r>
      <w:rPr>
        <w:noProof/>
        <w:lang w:val="tr-TR" w:eastAsia="tr-TR"/>
      </w:rPr>
      <w:drawing>
        <wp:inline distT="0" distB="0" distL="0" distR="0">
          <wp:extent cx="1000125" cy="1000125"/>
          <wp:effectExtent l="0" t="0" r="0" b="0"/>
          <wp:docPr id="16" name="Resi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mblem Dairesel Kullanım TR 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0125" cy="1000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C9049B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2D79BA"/>
    <w:rsid w:val="00326F90"/>
    <w:rsid w:val="00806F1E"/>
    <w:rsid w:val="00AA1D8D"/>
    <w:rsid w:val="00B47730"/>
    <w:rsid w:val="00B94EB5"/>
    <w:rsid w:val="00BE6CB9"/>
    <w:rsid w:val="00C9049B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docId w15:val="{FE42C354-6A85-4E34-9BF7-E057CF01D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80E794C-7DAA-4EF3-AA98-5ACC171DF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819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FATMA YANIK</cp:lastModifiedBy>
  <cp:revision>3</cp:revision>
  <dcterms:created xsi:type="dcterms:W3CDTF">2013-12-23T23:15:00Z</dcterms:created>
  <dcterms:modified xsi:type="dcterms:W3CDTF">2026-08-05T13:17:00Z</dcterms:modified>
  <cp:category/>
</cp:coreProperties>
</file>