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83FF8F" w14:textId="77777777" w:rsidR="005027E3" w:rsidRDefault="005027E3" w:rsidP="004900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E3CF7C" w14:textId="77777777" w:rsidR="005027E3" w:rsidRDefault="005027E3" w:rsidP="0049000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  <w:gridCol w:w="2422"/>
        <w:gridCol w:w="2436"/>
      </w:tblGrid>
      <w:tr w:rsidR="005027E3" w:rsidRPr="00876437" w14:paraId="4301E2F5" w14:textId="77777777" w:rsidTr="001017EA">
        <w:trPr>
          <w:trHeight w:val="550"/>
        </w:trPr>
        <w:tc>
          <w:tcPr>
            <w:tcW w:w="14546" w:type="dxa"/>
            <w:gridSpan w:val="6"/>
            <w:shd w:val="clear" w:color="auto" w:fill="C6D9F1" w:themeFill="text2" w:themeFillTint="33"/>
            <w:vAlign w:val="center"/>
          </w:tcPr>
          <w:p w14:paraId="5F22541E" w14:textId="113A8B9E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697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oç</w:t>
            </w:r>
            <w:proofErr w:type="spellEnd"/>
            <w:r w:rsidR="00697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Dr.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Gönül Şeyda Seydel</w:t>
            </w:r>
          </w:p>
        </w:tc>
      </w:tr>
      <w:tr w:rsidR="005027E3" w:rsidRPr="00876437" w14:paraId="3536B815" w14:textId="77777777" w:rsidTr="001017EA">
        <w:trPr>
          <w:trHeight w:val="578"/>
        </w:trPr>
        <w:tc>
          <w:tcPr>
            <w:tcW w:w="2422" w:type="dxa"/>
            <w:shd w:val="clear" w:color="auto" w:fill="D9D9D9" w:themeFill="background1" w:themeFillShade="D9"/>
          </w:tcPr>
          <w:p w14:paraId="3A6CA599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422" w:type="dxa"/>
            <w:shd w:val="clear" w:color="auto" w:fill="D9D9D9" w:themeFill="background1" w:themeFillShade="D9"/>
          </w:tcPr>
          <w:p w14:paraId="7519BB31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Pazartesi</w:t>
            </w:r>
            <w:proofErr w:type="spellEnd"/>
          </w:p>
        </w:tc>
        <w:tc>
          <w:tcPr>
            <w:tcW w:w="2422" w:type="dxa"/>
            <w:shd w:val="clear" w:color="auto" w:fill="D9D9D9" w:themeFill="background1" w:themeFillShade="D9"/>
          </w:tcPr>
          <w:p w14:paraId="772F341E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Salı</w:t>
            </w:r>
            <w:proofErr w:type="spellEnd"/>
          </w:p>
        </w:tc>
        <w:tc>
          <w:tcPr>
            <w:tcW w:w="2422" w:type="dxa"/>
            <w:shd w:val="clear" w:color="auto" w:fill="D9D9D9" w:themeFill="background1" w:themeFillShade="D9"/>
          </w:tcPr>
          <w:p w14:paraId="68EF63B3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Çarşamba</w:t>
            </w:r>
            <w:proofErr w:type="spellEnd"/>
          </w:p>
        </w:tc>
        <w:tc>
          <w:tcPr>
            <w:tcW w:w="2422" w:type="dxa"/>
            <w:shd w:val="clear" w:color="auto" w:fill="D9D9D9" w:themeFill="background1" w:themeFillShade="D9"/>
          </w:tcPr>
          <w:p w14:paraId="42D0AD28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Perşembe</w:t>
            </w:r>
            <w:proofErr w:type="spellEnd"/>
          </w:p>
        </w:tc>
        <w:tc>
          <w:tcPr>
            <w:tcW w:w="2436" w:type="dxa"/>
            <w:shd w:val="clear" w:color="auto" w:fill="D9D9D9" w:themeFill="background1" w:themeFillShade="D9"/>
          </w:tcPr>
          <w:p w14:paraId="5A8FBD48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575D669F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4E98" w:rsidRPr="00876437" w14:paraId="793C7FDA" w14:textId="77777777" w:rsidTr="00596E75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0F40BAB3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08:00–09:45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414719ED" w14:textId="77777777" w:rsidR="002B4E98" w:rsidRPr="001135B5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5FBA7C14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  <w:vAlign w:val="center"/>
          </w:tcPr>
          <w:p w14:paraId="1036E316" w14:textId="60550A6A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>Danışman-Öğrenci</w:t>
            </w:r>
            <w:proofErr w:type="spellEnd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6CCB3306" w14:textId="38E566D1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</w:tcPr>
          <w:p w14:paraId="4A7157A7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E98" w:rsidRPr="00876437" w14:paraId="68883174" w14:textId="77777777" w:rsidTr="00596E75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2101B466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09:00–10:45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59727D9A" w14:textId="77777777" w:rsidR="002B4E98" w:rsidRPr="001135B5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184960E7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  <w:vAlign w:val="center"/>
          </w:tcPr>
          <w:p w14:paraId="52173D3B" w14:textId="397D7BDF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>Danışman-Öğrenci</w:t>
            </w:r>
            <w:proofErr w:type="spellEnd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4C5240E6" w14:textId="53A644EE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</w:tcPr>
          <w:p w14:paraId="0A909A9D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E98" w:rsidRPr="00876437" w14:paraId="4F366789" w14:textId="77777777" w:rsidTr="001017EA">
        <w:trPr>
          <w:trHeight w:val="883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4BDE26BA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24808384" w14:textId="77777777" w:rsidR="002B4E98" w:rsidRPr="001135B5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10C0E101" w14:textId="4E857F1A" w:rsidR="002B4E98" w:rsidRPr="00670863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1E05DB0D" w14:textId="77777777" w:rsidR="002B4E98" w:rsidRPr="00B97D84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4">
              <w:rPr>
                <w:rFonts w:ascii="Times New Roman" w:hAnsi="Times New Roman" w:cs="Times New Roman"/>
                <w:sz w:val="24"/>
                <w:szCs w:val="24"/>
              </w:rPr>
              <w:t xml:space="preserve">YAB2023 </w:t>
            </w:r>
          </w:p>
          <w:p w14:paraId="52849E2E" w14:textId="61B14EAC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>Sağlıklı</w:t>
            </w:r>
            <w:proofErr w:type="spellEnd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>Yaşam</w:t>
            </w:r>
            <w:proofErr w:type="spellEnd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>Beslenme</w:t>
            </w:r>
            <w:proofErr w:type="spellEnd"/>
          </w:p>
        </w:tc>
        <w:tc>
          <w:tcPr>
            <w:tcW w:w="2422" w:type="dxa"/>
            <w:shd w:val="clear" w:color="auto" w:fill="EAF1DD" w:themeFill="accent3" w:themeFillTint="33"/>
          </w:tcPr>
          <w:p w14:paraId="44B53B1A" w14:textId="69429975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3307D9AC" w14:textId="2DDFE36A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E98" w:rsidRPr="00876437" w14:paraId="6A49AEE1" w14:textId="77777777" w:rsidTr="001017EA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752EDA9E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2185D629" w14:textId="77777777" w:rsidR="002B4E98" w:rsidRPr="001135B5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0D469070" w14:textId="7269EC19" w:rsidR="002B4E98" w:rsidRPr="00670863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6A240B3A" w14:textId="77777777" w:rsidR="002B4E98" w:rsidRPr="00B97D84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D84">
              <w:rPr>
                <w:rFonts w:ascii="Times New Roman" w:hAnsi="Times New Roman" w:cs="Times New Roman"/>
                <w:sz w:val="24"/>
                <w:szCs w:val="24"/>
              </w:rPr>
              <w:t xml:space="preserve">YAB2023 </w:t>
            </w:r>
          </w:p>
          <w:p w14:paraId="671FD9F3" w14:textId="03CF9BBF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>Sağlıklı</w:t>
            </w:r>
            <w:proofErr w:type="spellEnd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>Yaşam</w:t>
            </w:r>
            <w:proofErr w:type="spellEnd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D84">
              <w:rPr>
                <w:rFonts w:ascii="Times New Roman" w:hAnsi="Times New Roman" w:cs="Times New Roman"/>
                <w:sz w:val="24"/>
                <w:szCs w:val="24"/>
              </w:rPr>
              <w:t>Beslenme</w:t>
            </w:r>
            <w:proofErr w:type="spellEnd"/>
          </w:p>
        </w:tc>
        <w:tc>
          <w:tcPr>
            <w:tcW w:w="2422" w:type="dxa"/>
            <w:shd w:val="clear" w:color="auto" w:fill="EAF1DD" w:themeFill="accent3" w:themeFillTint="33"/>
          </w:tcPr>
          <w:p w14:paraId="4BF92122" w14:textId="3B060A86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4EC4ADBB" w14:textId="01242796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E98" w:rsidRPr="00876437" w14:paraId="24093D64" w14:textId="77777777" w:rsidTr="001017EA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27C6E6AD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12:00–13:00</w:t>
            </w:r>
          </w:p>
        </w:tc>
        <w:tc>
          <w:tcPr>
            <w:tcW w:w="2422" w:type="dxa"/>
            <w:shd w:val="clear" w:color="auto" w:fill="E5DFEC" w:themeFill="accent4" w:themeFillTint="33"/>
          </w:tcPr>
          <w:p w14:paraId="148C34C5" w14:textId="77777777" w:rsidR="002B4E98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12CB3" w14:textId="77777777" w:rsidR="002B4E98" w:rsidRPr="001135B5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22" w:type="dxa"/>
            <w:shd w:val="clear" w:color="auto" w:fill="E5DFEC" w:themeFill="accent4" w:themeFillTint="33"/>
          </w:tcPr>
          <w:p w14:paraId="30ACC5A4" w14:textId="77777777" w:rsidR="002B4E98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6ECA8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22" w:type="dxa"/>
            <w:shd w:val="clear" w:color="auto" w:fill="E5DFEC" w:themeFill="accent4" w:themeFillTint="33"/>
          </w:tcPr>
          <w:p w14:paraId="4351DF31" w14:textId="77777777" w:rsidR="002B4E98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C45E0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22" w:type="dxa"/>
            <w:shd w:val="clear" w:color="auto" w:fill="E5DFEC" w:themeFill="accent4" w:themeFillTint="33"/>
          </w:tcPr>
          <w:p w14:paraId="21416B82" w14:textId="77777777" w:rsidR="002B4E98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6187D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36" w:type="dxa"/>
            <w:shd w:val="clear" w:color="auto" w:fill="E5DFEC" w:themeFill="accent4" w:themeFillTint="33"/>
          </w:tcPr>
          <w:p w14:paraId="7BA67170" w14:textId="77777777" w:rsidR="002B4E98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AC375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</w:tr>
      <w:tr w:rsidR="002B4E98" w:rsidRPr="00876437" w14:paraId="40B28379" w14:textId="77777777" w:rsidTr="00996F7B">
        <w:trPr>
          <w:trHeight w:val="915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1184EFA9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4" w:colLast="4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FBD4B4" w:themeFill="accent6" w:themeFillTint="66"/>
          </w:tcPr>
          <w:p w14:paraId="33EAE110" w14:textId="46C5E893" w:rsidR="002B4E98" w:rsidRPr="001135B5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  <w:proofErr w:type="spellEnd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2422" w:type="dxa"/>
            <w:shd w:val="clear" w:color="auto" w:fill="EAF1DD" w:themeFill="accent3" w:themeFillTint="33"/>
          </w:tcPr>
          <w:p w14:paraId="33408192" w14:textId="77777777" w:rsidR="002B4E98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EC">
              <w:rPr>
                <w:rFonts w:ascii="Times New Roman" w:hAnsi="Times New Roman" w:cs="Times New Roman"/>
                <w:sz w:val="24"/>
                <w:szCs w:val="24"/>
              </w:rPr>
              <w:t>DHF1105</w:t>
            </w:r>
          </w:p>
          <w:p w14:paraId="54C90544" w14:textId="4CB77D34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Kimya-</w:t>
            </w:r>
            <w:r w:rsidRPr="00D10AE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iyokimya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AE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3EDBF578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0A811DB5" w14:textId="77777777" w:rsidR="002B4E98" w:rsidRPr="00623CE4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DHF2109</w:t>
            </w:r>
          </w:p>
          <w:p w14:paraId="1764C86D" w14:textId="165D6D04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CE4">
              <w:rPr>
                <w:rFonts w:ascii="Times New Roman" w:hAnsi="Times New Roman" w:cs="Times New Roman"/>
                <w:sz w:val="24"/>
                <w:szCs w:val="24"/>
              </w:rPr>
              <w:t>Biyokimya</w:t>
            </w:r>
            <w:proofErr w:type="spellEnd"/>
            <w:r w:rsidRPr="00623CE4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1069AA2F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2B4E98" w:rsidRPr="00876437" w14:paraId="34F0974B" w14:textId="77777777" w:rsidTr="00996F7B">
        <w:trPr>
          <w:trHeight w:val="958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1B6A8DDA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FBD4B4" w:themeFill="accent6" w:themeFillTint="66"/>
          </w:tcPr>
          <w:p w14:paraId="61D0B651" w14:textId="317821E6" w:rsidR="002B4E98" w:rsidRPr="001135B5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  <w:proofErr w:type="spellEnd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863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2422" w:type="dxa"/>
            <w:shd w:val="clear" w:color="auto" w:fill="EAF1DD" w:themeFill="accent3" w:themeFillTint="33"/>
          </w:tcPr>
          <w:p w14:paraId="364B1273" w14:textId="77777777" w:rsidR="002B4E98" w:rsidRPr="00D10AEC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AEC">
              <w:rPr>
                <w:rFonts w:ascii="Times New Roman" w:hAnsi="Times New Roman" w:cs="Times New Roman"/>
                <w:sz w:val="24"/>
                <w:szCs w:val="24"/>
              </w:rPr>
              <w:t>DHF1105</w:t>
            </w:r>
          </w:p>
          <w:p w14:paraId="5668CC33" w14:textId="790FA874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Kimya-</w:t>
            </w:r>
            <w:r w:rsidRPr="00D10AEC">
              <w:rPr>
                <w:rFonts w:ascii="Times New Roman" w:hAnsi="Times New Roman" w:cs="Times New Roman"/>
                <w:sz w:val="24"/>
                <w:szCs w:val="24"/>
              </w:rPr>
              <w:t>Biyokimya</w:t>
            </w:r>
            <w:proofErr w:type="spellEnd"/>
            <w:r w:rsidRPr="00D10AEC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0D6EB4E5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192BF824" w14:textId="77777777" w:rsidR="002B4E98" w:rsidRPr="00623CE4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DHF2109</w:t>
            </w:r>
          </w:p>
          <w:p w14:paraId="6B1E6C09" w14:textId="46DB2DB5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CE4">
              <w:rPr>
                <w:rFonts w:ascii="Times New Roman" w:hAnsi="Times New Roman" w:cs="Times New Roman"/>
                <w:sz w:val="24"/>
                <w:szCs w:val="24"/>
              </w:rPr>
              <w:t>Biyokimya</w:t>
            </w:r>
            <w:proofErr w:type="spellEnd"/>
            <w:r w:rsidRPr="00623CE4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436" w:type="dxa"/>
            <w:shd w:val="clear" w:color="auto" w:fill="FBD4B4" w:themeFill="accent6" w:themeFillTint="66"/>
            <w:vAlign w:val="center"/>
          </w:tcPr>
          <w:p w14:paraId="092393FA" w14:textId="77777777" w:rsidR="002B4E98" w:rsidRPr="00670863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E98" w:rsidRPr="00876437" w14:paraId="0862150D" w14:textId="77777777" w:rsidTr="006B4439">
        <w:trPr>
          <w:trHeight w:val="753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0CE8D7F0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27ED2B45" w14:textId="77777777" w:rsidR="002B4E98" w:rsidRPr="00767F53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YAB2029 </w:t>
            </w:r>
          </w:p>
          <w:p w14:paraId="5BB0D4CC" w14:textId="50A1C5F0" w:rsidR="002B4E98" w:rsidRPr="001135B5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proofErr w:type="spellEnd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Projesi</w:t>
            </w:r>
            <w:proofErr w:type="spellEnd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24F3CF44" w14:textId="06864CF2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386330E1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50570506" w14:textId="7060044D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FBD4B4" w:themeFill="accent6" w:themeFillTint="66"/>
            <w:vAlign w:val="center"/>
          </w:tcPr>
          <w:p w14:paraId="3568967D" w14:textId="77777777" w:rsidR="002B4E98" w:rsidRPr="00670863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E98" w:rsidRPr="00876437" w14:paraId="3764B7D0" w14:textId="77777777" w:rsidTr="006B4439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35CE4CD2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16:00–16:45</w:t>
            </w: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76E20E92" w14:textId="77777777" w:rsidR="002B4E98" w:rsidRPr="00767F53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YAB2029 </w:t>
            </w:r>
          </w:p>
          <w:p w14:paraId="4665D780" w14:textId="5955E02A" w:rsidR="002B4E98" w:rsidRPr="00767F53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proofErr w:type="spellEnd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Projesi</w:t>
            </w:r>
            <w:proofErr w:type="spellEnd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4C0920B7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1538F6CF" w14:textId="77777777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45610D02" w14:textId="2E91E3E0" w:rsidR="002B4E98" w:rsidRPr="00876437" w:rsidRDefault="002B4E98" w:rsidP="002B4E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</w:tcPr>
          <w:p w14:paraId="373CED34" w14:textId="77777777" w:rsidR="002B4E98" w:rsidRPr="00876437" w:rsidRDefault="002B4E98" w:rsidP="002B4E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D7D08D" w14:textId="77777777" w:rsidR="005027E3" w:rsidRDefault="005027E3" w:rsidP="004900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C00118" w14:textId="77777777" w:rsidR="005027E3" w:rsidRDefault="005027E3" w:rsidP="004900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250D43" w14:textId="77777777" w:rsidR="005027E3" w:rsidRDefault="005027E3" w:rsidP="004900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8DB823" w14:textId="77777777" w:rsidR="005027E3" w:rsidRPr="00876437" w:rsidRDefault="005027E3" w:rsidP="004900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EFC059" w14:textId="77777777" w:rsidR="003338BD" w:rsidRDefault="003338BD" w:rsidP="003338B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  <w:gridCol w:w="2422"/>
        <w:gridCol w:w="2436"/>
      </w:tblGrid>
      <w:tr w:rsidR="006B3990" w:rsidRPr="00876437" w14:paraId="5EEAEED1" w14:textId="77777777" w:rsidTr="00526118">
        <w:trPr>
          <w:trHeight w:val="550"/>
        </w:trPr>
        <w:tc>
          <w:tcPr>
            <w:tcW w:w="14546" w:type="dxa"/>
            <w:gridSpan w:val="6"/>
            <w:shd w:val="clear" w:color="auto" w:fill="C6D9F1" w:themeFill="text2" w:themeFillTint="33"/>
            <w:vAlign w:val="center"/>
          </w:tcPr>
          <w:p w14:paraId="0CCE3C46" w14:textId="77777777" w:rsidR="006B3990" w:rsidRPr="00876437" w:rsidRDefault="006B3990" w:rsidP="00526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Dr. </w:t>
            </w: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</w:t>
            </w:r>
            <w:proofErr w:type="spellEnd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Nurhan KULOĞLU</w:t>
            </w:r>
          </w:p>
        </w:tc>
      </w:tr>
      <w:tr w:rsidR="006B3990" w:rsidRPr="00876437" w14:paraId="4E0D133F" w14:textId="77777777" w:rsidTr="00526118">
        <w:trPr>
          <w:trHeight w:val="578"/>
        </w:trPr>
        <w:tc>
          <w:tcPr>
            <w:tcW w:w="2422" w:type="dxa"/>
            <w:shd w:val="clear" w:color="auto" w:fill="D9D9D9" w:themeFill="background1" w:themeFillShade="D9"/>
          </w:tcPr>
          <w:p w14:paraId="75D8BA43" w14:textId="77777777" w:rsidR="006B3990" w:rsidRPr="00876437" w:rsidRDefault="006B3990" w:rsidP="00526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422" w:type="dxa"/>
            <w:shd w:val="clear" w:color="auto" w:fill="D9D9D9" w:themeFill="background1" w:themeFillShade="D9"/>
          </w:tcPr>
          <w:p w14:paraId="166EA397" w14:textId="77777777" w:rsidR="006B3990" w:rsidRPr="00876437" w:rsidRDefault="006B3990" w:rsidP="00526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Pazartesi</w:t>
            </w:r>
            <w:proofErr w:type="spellEnd"/>
          </w:p>
        </w:tc>
        <w:tc>
          <w:tcPr>
            <w:tcW w:w="2422" w:type="dxa"/>
            <w:shd w:val="clear" w:color="auto" w:fill="D9D9D9" w:themeFill="background1" w:themeFillShade="D9"/>
          </w:tcPr>
          <w:p w14:paraId="2D868616" w14:textId="77777777" w:rsidR="006B3990" w:rsidRPr="00876437" w:rsidRDefault="006B3990" w:rsidP="00526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Salı</w:t>
            </w:r>
            <w:proofErr w:type="spellEnd"/>
          </w:p>
        </w:tc>
        <w:tc>
          <w:tcPr>
            <w:tcW w:w="2422" w:type="dxa"/>
            <w:shd w:val="clear" w:color="auto" w:fill="D9D9D9" w:themeFill="background1" w:themeFillShade="D9"/>
          </w:tcPr>
          <w:p w14:paraId="1CD2D69B" w14:textId="77777777" w:rsidR="006B3990" w:rsidRPr="00876437" w:rsidRDefault="006B3990" w:rsidP="00526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Çarşamba</w:t>
            </w:r>
            <w:proofErr w:type="spellEnd"/>
          </w:p>
        </w:tc>
        <w:tc>
          <w:tcPr>
            <w:tcW w:w="2422" w:type="dxa"/>
            <w:shd w:val="clear" w:color="auto" w:fill="D9D9D9" w:themeFill="background1" w:themeFillShade="D9"/>
          </w:tcPr>
          <w:p w14:paraId="5F7FBF44" w14:textId="77777777" w:rsidR="006B3990" w:rsidRPr="00876437" w:rsidRDefault="006B3990" w:rsidP="00526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Perşembe</w:t>
            </w:r>
            <w:proofErr w:type="spellEnd"/>
          </w:p>
        </w:tc>
        <w:tc>
          <w:tcPr>
            <w:tcW w:w="2436" w:type="dxa"/>
            <w:shd w:val="clear" w:color="auto" w:fill="D9D9D9" w:themeFill="background1" w:themeFillShade="D9"/>
          </w:tcPr>
          <w:p w14:paraId="42D96E11" w14:textId="77777777" w:rsidR="006B3990" w:rsidRPr="00876437" w:rsidRDefault="006B3990" w:rsidP="00526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2A605E44" w14:textId="77777777" w:rsidR="006B3990" w:rsidRPr="00876437" w:rsidRDefault="006B3990" w:rsidP="005261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0FDF" w:rsidRPr="00876437" w14:paraId="4BE559AA" w14:textId="77777777" w:rsidTr="00DB5F44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66A828BB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08:00–09:45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5C2F8DC3" w14:textId="77777777" w:rsidR="00040FDF" w:rsidRPr="001135B5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0B65D146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YAB2027</w:t>
            </w:r>
          </w:p>
          <w:p w14:paraId="275E4709" w14:textId="5C1A19C8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0481C946" w14:textId="630973A4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YAB1003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Terminoloji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(T)</w:t>
            </w: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368EF0E0" w14:textId="3AF6D8CE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</w:tcPr>
          <w:p w14:paraId="24BB98E5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FDF" w:rsidRPr="00876437" w14:paraId="167BCB82" w14:textId="77777777" w:rsidTr="004A02AB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38ADABBF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09:00–10:45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79A281D2" w14:textId="77777777" w:rsidR="00040FDF" w:rsidRPr="001135B5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705C0610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6A5B4169" w14:textId="1561900C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12F6B7FB" w14:textId="7CA65528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YAB1003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Terminoloji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(T)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05F5A5E1" w14:textId="1C6776C8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</w:tcPr>
          <w:p w14:paraId="3BE96F19" w14:textId="77777777" w:rsidR="00040FDF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Projesi</w:t>
            </w:r>
            <w:proofErr w:type="spellEnd"/>
          </w:p>
          <w:p w14:paraId="0557DB11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Çalışması</w:t>
            </w:r>
            <w:proofErr w:type="spellEnd"/>
          </w:p>
        </w:tc>
      </w:tr>
      <w:tr w:rsidR="00040FDF" w:rsidRPr="00876437" w14:paraId="56A2D840" w14:textId="77777777" w:rsidTr="00040FDF">
        <w:trPr>
          <w:trHeight w:val="883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263AF3C6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FBD4B4" w:themeFill="accent6" w:themeFillTint="66"/>
          </w:tcPr>
          <w:p w14:paraId="3EA6B996" w14:textId="124B7147" w:rsidR="00040FDF" w:rsidRPr="001135B5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2422" w:type="dxa"/>
            <w:shd w:val="clear" w:color="auto" w:fill="EAF1DD" w:themeFill="accent3" w:themeFillTint="33"/>
          </w:tcPr>
          <w:p w14:paraId="5ADFD621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YAB2027</w:t>
            </w:r>
          </w:p>
          <w:p w14:paraId="1D2A9459" w14:textId="58268B8D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1577EF8B" w14:textId="035B003C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HEM1003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Histoloji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(T)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352D6011" w14:textId="4844A88E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YAB2001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Deontoloji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Etik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(T)</w:t>
            </w: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28CB4B56" w14:textId="77777777" w:rsidR="00040FDF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Projesi</w:t>
            </w:r>
            <w:proofErr w:type="spellEnd"/>
          </w:p>
          <w:p w14:paraId="1A15EFF2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Çalışması</w:t>
            </w:r>
            <w:proofErr w:type="spellEnd"/>
          </w:p>
        </w:tc>
      </w:tr>
      <w:tr w:rsidR="00040FDF" w:rsidRPr="00876437" w14:paraId="59167DE9" w14:textId="77777777" w:rsidTr="00040FDF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404EF813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FBD4B4" w:themeFill="accent6" w:themeFillTint="66"/>
          </w:tcPr>
          <w:p w14:paraId="308FCF2A" w14:textId="73456AB6" w:rsidR="00040FDF" w:rsidRPr="001135B5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2422" w:type="dxa"/>
            <w:shd w:val="clear" w:color="auto" w:fill="EAF1DD" w:themeFill="accent3" w:themeFillTint="33"/>
          </w:tcPr>
          <w:p w14:paraId="59C478B6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180B4511" w14:textId="6157CBCF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64911D46" w14:textId="55249D91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HEM1003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Histoloji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(T)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2E1CE896" w14:textId="78B0A02B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YAB2001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Deontoloji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Etik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(T)</w:t>
            </w: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26139A63" w14:textId="77777777" w:rsidR="00040FDF" w:rsidRPr="00876437" w:rsidRDefault="00040FDF" w:rsidP="00040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FDF" w:rsidRPr="00876437" w14:paraId="0A3FE5DE" w14:textId="77777777" w:rsidTr="00526118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4EE94B74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12:00–13:00</w:t>
            </w:r>
          </w:p>
        </w:tc>
        <w:tc>
          <w:tcPr>
            <w:tcW w:w="2422" w:type="dxa"/>
            <w:shd w:val="clear" w:color="auto" w:fill="E5DFEC" w:themeFill="accent4" w:themeFillTint="33"/>
          </w:tcPr>
          <w:p w14:paraId="67008BFC" w14:textId="77777777" w:rsidR="00040FDF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74380" w14:textId="77777777" w:rsidR="00040FDF" w:rsidRPr="001135B5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22" w:type="dxa"/>
            <w:shd w:val="clear" w:color="auto" w:fill="E5DFEC" w:themeFill="accent4" w:themeFillTint="33"/>
          </w:tcPr>
          <w:p w14:paraId="00B55022" w14:textId="77777777" w:rsidR="00040FDF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FD888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22" w:type="dxa"/>
            <w:shd w:val="clear" w:color="auto" w:fill="E5DFEC" w:themeFill="accent4" w:themeFillTint="33"/>
          </w:tcPr>
          <w:p w14:paraId="2EB2AB61" w14:textId="77777777" w:rsidR="00040FDF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5829B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22" w:type="dxa"/>
            <w:shd w:val="clear" w:color="auto" w:fill="E5DFEC" w:themeFill="accent4" w:themeFillTint="33"/>
          </w:tcPr>
          <w:p w14:paraId="2C502A09" w14:textId="77777777" w:rsidR="00040FDF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957D0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36" w:type="dxa"/>
            <w:shd w:val="clear" w:color="auto" w:fill="E5DFEC" w:themeFill="accent4" w:themeFillTint="33"/>
          </w:tcPr>
          <w:p w14:paraId="565A9769" w14:textId="77777777" w:rsidR="00040FDF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F709B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</w:tr>
      <w:tr w:rsidR="00040FDF" w:rsidRPr="00876437" w14:paraId="05801809" w14:textId="77777777" w:rsidTr="008E68CF">
        <w:trPr>
          <w:trHeight w:val="915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50623D5B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63D89F61" w14:textId="77777777" w:rsidR="00040FDF" w:rsidRPr="001135B5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135691F4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0867257B" w14:textId="7B2A068B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70A6E773" w14:textId="4605002E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4E0A1871" w14:textId="53112A50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74589604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FDF" w:rsidRPr="00876437" w14:paraId="02C7E213" w14:textId="77777777" w:rsidTr="00526118">
        <w:trPr>
          <w:trHeight w:val="958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1E26B90F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4E96393C" w14:textId="77777777" w:rsidR="00040FDF" w:rsidRPr="001135B5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1649F896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YAB2027</w:t>
            </w:r>
          </w:p>
          <w:p w14:paraId="741E82E4" w14:textId="2ED25029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2C808A12" w14:textId="48E4B243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5A3D986C" w14:textId="54911AD9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FBD4B4" w:themeFill="accent6" w:themeFillTint="66"/>
            <w:vAlign w:val="center"/>
          </w:tcPr>
          <w:p w14:paraId="080D56CE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>Danışman-Öğrenci</w:t>
            </w:r>
            <w:proofErr w:type="spellEnd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6437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</w:tr>
      <w:tr w:rsidR="00040FDF" w:rsidRPr="00876437" w14:paraId="4537914D" w14:textId="77777777" w:rsidTr="00A7168F">
        <w:trPr>
          <w:trHeight w:val="753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4938A015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30DD0ADA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YAB2029 </w:t>
            </w:r>
          </w:p>
          <w:p w14:paraId="1C6233C7" w14:textId="2AF60C49" w:rsidR="00040FDF" w:rsidRPr="001135B5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proofErr w:type="spellEnd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Projesi</w:t>
            </w:r>
            <w:proofErr w:type="spellEnd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5559FB2D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7E692438" w14:textId="7805D5B8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58CF7C67" w14:textId="08978E1C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2AE452C9" w14:textId="32CC63E0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FBD4B4" w:themeFill="accent6" w:themeFillTint="66"/>
            <w:vAlign w:val="center"/>
          </w:tcPr>
          <w:p w14:paraId="1448BAEB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>Danışman-Öğrenci</w:t>
            </w:r>
            <w:proofErr w:type="spellEnd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CE0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</w:tr>
      <w:tr w:rsidR="00040FDF" w:rsidRPr="00876437" w14:paraId="0195F585" w14:textId="77777777" w:rsidTr="00A7168F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7FCE1F32" w14:textId="77777777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16:00–16:45</w:t>
            </w: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3C42241C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YAB2029 </w:t>
            </w:r>
          </w:p>
          <w:p w14:paraId="218FB468" w14:textId="50702CF9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proofErr w:type="spellEnd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Projesi</w:t>
            </w:r>
            <w:proofErr w:type="spellEnd"/>
            <w:r w:rsidRPr="001135B5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12E4F506" w14:textId="77777777" w:rsidR="00040FDF" w:rsidRPr="00767F53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2108BB59" w14:textId="7498A059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37821324" w14:textId="39336C83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14251403" w14:textId="662065A9" w:rsidR="00040FDF" w:rsidRPr="00876437" w:rsidRDefault="00040FDF" w:rsidP="00040F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</w:tcPr>
          <w:p w14:paraId="6D7D78F3" w14:textId="77777777" w:rsidR="00040FDF" w:rsidRPr="00876437" w:rsidRDefault="00040FDF" w:rsidP="00040F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FDD313" w14:textId="77777777" w:rsidR="005027E3" w:rsidRDefault="005027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465517" w14:textId="77777777" w:rsidR="005027E3" w:rsidRDefault="005027E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7"/>
        <w:gridCol w:w="2552"/>
        <w:gridCol w:w="2652"/>
        <w:gridCol w:w="2552"/>
        <w:gridCol w:w="2410"/>
        <w:gridCol w:w="2693"/>
      </w:tblGrid>
      <w:tr w:rsidR="005027E3" w:rsidRPr="005560C0" w14:paraId="22A66956" w14:textId="77777777" w:rsidTr="001F4E84">
        <w:trPr>
          <w:trHeight w:val="550"/>
          <w:jc w:val="center"/>
        </w:trPr>
        <w:tc>
          <w:tcPr>
            <w:tcW w:w="14276" w:type="dxa"/>
            <w:gridSpan w:val="6"/>
            <w:shd w:val="clear" w:color="auto" w:fill="C6D9F1" w:themeFill="text2" w:themeFillTint="33"/>
            <w:vAlign w:val="center"/>
          </w:tcPr>
          <w:p w14:paraId="4160338C" w14:textId="34CB1023" w:rsidR="005027E3" w:rsidRPr="005560C0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</w:t>
            </w:r>
            <w:proofErr w:type="spellEnd"/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ör</w:t>
            </w:r>
            <w:proofErr w:type="spellEnd"/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FATMA KILIÇ ÖĞRENCI GÖRÜŞME SAATLERI</w:t>
            </w:r>
          </w:p>
        </w:tc>
      </w:tr>
      <w:tr w:rsidR="005027E3" w:rsidRPr="005560C0" w14:paraId="764FD734" w14:textId="77777777" w:rsidTr="001F4E84">
        <w:trPr>
          <w:trHeight w:val="578"/>
          <w:jc w:val="center"/>
        </w:trPr>
        <w:tc>
          <w:tcPr>
            <w:tcW w:w="1417" w:type="dxa"/>
            <w:shd w:val="clear" w:color="auto" w:fill="D9D9D9" w:themeFill="background1" w:themeFillShade="D9"/>
          </w:tcPr>
          <w:p w14:paraId="6523DC29" w14:textId="77777777" w:rsidR="005027E3" w:rsidRPr="005560C0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BC1FB85" w14:textId="77777777" w:rsidR="005027E3" w:rsidRPr="005560C0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Pazartesi</w:t>
            </w:r>
            <w:proofErr w:type="spellEnd"/>
          </w:p>
        </w:tc>
        <w:tc>
          <w:tcPr>
            <w:tcW w:w="2652" w:type="dxa"/>
            <w:shd w:val="clear" w:color="auto" w:fill="D9D9D9" w:themeFill="background1" w:themeFillShade="D9"/>
          </w:tcPr>
          <w:p w14:paraId="4BDAE300" w14:textId="77777777" w:rsidR="005027E3" w:rsidRPr="005560C0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Salı</w:t>
            </w:r>
            <w:proofErr w:type="spellEnd"/>
          </w:p>
        </w:tc>
        <w:tc>
          <w:tcPr>
            <w:tcW w:w="2552" w:type="dxa"/>
            <w:shd w:val="clear" w:color="auto" w:fill="D9D9D9" w:themeFill="background1" w:themeFillShade="D9"/>
          </w:tcPr>
          <w:p w14:paraId="27434DFE" w14:textId="77777777" w:rsidR="005027E3" w:rsidRPr="005560C0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Çarşamba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</w:tcPr>
          <w:p w14:paraId="5C13DEB1" w14:textId="77777777" w:rsidR="005027E3" w:rsidRPr="005560C0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Perşembe</w:t>
            </w:r>
            <w:proofErr w:type="spellEnd"/>
          </w:p>
        </w:tc>
        <w:tc>
          <w:tcPr>
            <w:tcW w:w="2693" w:type="dxa"/>
            <w:shd w:val="clear" w:color="auto" w:fill="D9D9D9" w:themeFill="background1" w:themeFillShade="D9"/>
          </w:tcPr>
          <w:p w14:paraId="015308D7" w14:textId="77777777" w:rsidR="005027E3" w:rsidRPr="005560C0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6986E018" w14:textId="77777777" w:rsidR="005027E3" w:rsidRPr="005560C0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969A7" w:rsidRPr="005560C0" w14:paraId="6B306746" w14:textId="77777777" w:rsidTr="00960055">
        <w:trPr>
          <w:trHeight w:val="832"/>
          <w:jc w:val="center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FFFCD10" w14:textId="77777777" w:rsidR="00C969A7" w:rsidRPr="005560C0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08:00–09:45</w:t>
            </w:r>
          </w:p>
        </w:tc>
        <w:tc>
          <w:tcPr>
            <w:tcW w:w="2552" w:type="dxa"/>
            <w:shd w:val="clear" w:color="auto" w:fill="EEECE1" w:themeFill="background2"/>
            <w:vAlign w:val="center"/>
          </w:tcPr>
          <w:p w14:paraId="436AE3A9" w14:textId="77777777" w:rsidR="00C969A7" w:rsidRPr="005560C0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shd w:val="clear" w:color="auto" w:fill="D6E3BC" w:themeFill="accent3" w:themeFillTint="66"/>
          </w:tcPr>
          <w:p w14:paraId="213C4EE7" w14:textId="77777777" w:rsidR="00C969A7" w:rsidRPr="00767F53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YAB2027</w:t>
            </w:r>
          </w:p>
          <w:p w14:paraId="76ACA62E" w14:textId="21ABA719" w:rsidR="00C969A7" w:rsidRPr="005560C0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552" w:type="dxa"/>
            <w:shd w:val="clear" w:color="auto" w:fill="EEECE1" w:themeFill="background2"/>
            <w:vAlign w:val="center"/>
          </w:tcPr>
          <w:p w14:paraId="5870201B" w14:textId="24A1FC2E" w:rsidR="00C969A7" w:rsidRPr="001F4E84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EECE1" w:themeFill="background2"/>
            <w:vAlign w:val="center"/>
          </w:tcPr>
          <w:p w14:paraId="608C8D24" w14:textId="0F1D4D93" w:rsidR="00C969A7" w:rsidRPr="001F4E84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EEECE1" w:themeFill="background2"/>
          </w:tcPr>
          <w:p w14:paraId="0B0F760C" w14:textId="2E07F9DF" w:rsidR="00C969A7" w:rsidRPr="005560C0" w:rsidRDefault="00C969A7" w:rsidP="00341F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9A7" w:rsidRPr="005560C0" w14:paraId="34940646" w14:textId="77777777" w:rsidTr="00960055">
        <w:trPr>
          <w:trHeight w:val="832"/>
          <w:jc w:val="center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AF6DC1F" w14:textId="77777777" w:rsidR="00C969A7" w:rsidRPr="005560C0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09:00–10:45</w:t>
            </w:r>
          </w:p>
        </w:tc>
        <w:tc>
          <w:tcPr>
            <w:tcW w:w="2552" w:type="dxa"/>
            <w:shd w:val="clear" w:color="auto" w:fill="FDE9D9" w:themeFill="accent6" w:themeFillTint="33"/>
            <w:vAlign w:val="center"/>
          </w:tcPr>
          <w:p w14:paraId="5D98C096" w14:textId="77777777" w:rsidR="001F4E84" w:rsidRPr="005560C0" w:rsidRDefault="001F4E84" w:rsidP="001F4E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</w:p>
          <w:p w14:paraId="2B67561F" w14:textId="482124F7" w:rsidR="00C969A7" w:rsidRPr="005560C0" w:rsidRDefault="001F4E84" w:rsidP="001F4E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2652" w:type="dxa"/>
            <w:shd w:val="clear" w:color="auto" w:fill="D6E3BC" w:themeFill="accent3" w:themeFillTint="66"/>
          </w:tcPr>
          <w:p w14:paraId="51361FE1" w14:textId="77777777" w:rsidR="00C969A7" w:rsidRPr="00767F53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365FBA54" w14:textId="2471E49D" w:rsidR="00C969A7" w:rsidRPr="005560C0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552" w:type="dxa"/>
            <w:shd w:val="clear" w:color="auto" w:fill="FBD4B4" w:themeFill="accent6" w:themeFillTint="66"/>
            <w:vAlign w:val="center"/>
          </w:tcPr>
          <w:p w14:paraId="5C94C81D" w14:textId="77777777" w:rsidR="001F4E84" w:rsidRDefault="001F4E84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Aktif</w:t>
            </w:r>
            <w:proofErr w:type="spellEnd"/>
          </w:p>
          <w:p w14:paraId="117C04E8" w14:textId="52CDEBAF" w:rsidR="00C969A7" w:rsidRPr="001F4E84" w:rsidRDefault="001F4E84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2410" w:type="dxa"/>
            <w:shd w:val="clear" w:color="auto" w:fill="EEECE1" w:themeFill="background2"/>
            <w:vAlign w:val="center"/>
          </w:tcPr>
          <w:p w14:paraId="5DD4EA55" w14:textId="7235C0B0" w:rsidR="00C969A7" w:rsidRPr="001F4E84" w:rsidRDefault="00C969A7" w:rsidP="00C969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4C2EA59B" w14:textId="26BCA392" w:rsidR="00C969A7" w:rsidRPr="005560C0" w:rsidRDefault="00C969A7" w:rsidP="00341F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08D" w:rsidRPr="005560C0" w14:paraId="3BC25FA9" w14:textId="77777777" w:rsidTr="00960055">
        <w:trPr>
          <w:trHeight w:val="883"/>
          <w:jc w:val="center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DC1728A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10:00–11:45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7153DA11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</w:p>
          <w:p w14:paraId="38E1B862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Hastalıkları</w:t>
            </w:r>
            <w:proofErr w:type="spellEnd"/>
          </w:p>
        </w:tc>
        <w:tc>
          <w:tcPr>
            <w:tcW w:w="2652" w:type="dxa"/>
            <w:shd w:val="clear" w:color="auto" w:fill="D6E3BC" w:themeFill="accent3" w:themeFillTint="66"/>
          </w:tcPr>
          <w:p w14:paraId="405C27C3" w14:textId="77777777" w:rsidR="00BF208D" w:rsidRPr="00767F53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YAB2027</w:t>
            </w:r>
          </w:p>
          <w:p w14:paraId="466B6B55" w14:textId="2A6E3DAE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22016CA7" w14:textId="73A224DD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Psikoloji</w:t>
            </w:r>
            <w:proofErr w:type="spellEnd"/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2BB2152A" w14:textId="27F5AE14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Sağlıkta</w:t>
            </w:r>
            <w:proofErr w:type="spellEnd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Iletişim</w:t>
            </w:r>
            <w:proofErr w:type="spellEnd"/>
          </w:p>
        </w:tc>
        <w:tc>
          <w:tcPr>
            <w:tcW w:w="2693" w:type="dxa"/>
            <w:shd w:val="clear" w:color="auto" w:fill="B6DDE8" w:themeFill="accent5" w:themeFillTint="66"/>
            <w:vAlign w:val="center"/>
          </w:tcPr>
          <w:p w14:paraId="69E2C592" w14:textId="559C0AD0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sz w:val="24"/>
                <w:szCs w:val="24"/>
              </w:rPr>
              <w:t>ENGELLİ BİRİM TEMSİLCİLİĞİ</w:t>
            </w:r>
          </w:p>
        </w:tc>
      </w:tr>
      <w:tr w:rsidR="00BF208D" w:rsidRPr="005560C0" w14:paraId="7EB97773" w14:textId="77777777" w:rsidTr="00960055">
        <w:trPr>
          <w:trHeight w:val="832"/>
          <w:jc w:val="center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ADCA645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11:00–12:45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6DE370AB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</w:p>
          <w:p w14:paraId="49663486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Hastalıkları</w:t>
            </w:r>
            <w:proofErr w:type="spellEnd"/>
          </w:p>
        </w:tc>
        <w:tc>
          <w:tcPr>
            <w:tcW w:w="2652" w:type="dxa"/>
            <w:shd w:val="clear" w:color="auto" w:fill="D6E3BC" w:themeFill="accent3" w:themeFillTint="66"/>
          </w:tcPr>
          <w:p w14:paraId="62410DE2" w14:textId="77777777" w:rsidR="00BF208D" w:rsidRPr="00767F53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3D586F9B" w14:textId="74BE707D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04BE6A26" w14:textId="2E6D186A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Psikoloji</w:t>
            </w:r>
            <w:proofErr w:type="spellEnd"/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17FAE94E" w14:textId="1724036B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Sağlıkta</w:t>
            </w:r>
            <w:proofErr w:type="spellEnd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Iletişim</w:t>
            </w:r>
            <w:proofErr w:type="spellEnd"/>
          </w:p>
        </w:tc>
        <w:tc>
          <w:tcPr>
            <w:tcW w:w="2693" w:type="dxa"/>
            <w:shd w:val="clear" w:color="auto" w:fill="B6DDE8" w:themeFill="accent5" w:themeFillTint="66"/>
            <w:vAlign w:val="center"/>
          </w:tcPr>
          <w:p w14:paraId="0FD52357" w14:textId="48FA7F08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sz w:val="24"/>
                <w:szCs w:val="24"/>
              </w:rPr>
              <w:t>ENGELLİ BİRİM TEMSİLCİLİĞİ</w:t>
            </w:r>
          </w:p>
        </w:tc>
      </w:tr>
      <w:tr w:rsidR="00BF208D" w:rsidRPr="005560C0" w14:paraId="49E74077" w14:textId="77777777" w:rsidTr="00960055">
        <w:trPr>
          <w:trHeight w:val="832"/>
          <w:jc w:val="center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C28757C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12:00–13:00</w:t>
            </w:r>
          </w:p>
        </w:tc>
        <w:tc>
          <w:tcPr>
            <w:tcW w:w="2552" w:type="dxa"/>
            <w:shd w:val="clear" w:color="auto" w:fill="E5DFEC" w:themeFill="accent4" w:themeFillTint="33"/>
            <w:vAlign w:val="center"/>
          </w:tcPr>
          <w:p w14:paraId="272FCF85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652" w:type="dxa"/>
            <w:shd w:val="clear" w:color="auto" w:fill="D6E3BC" w:themeFill="accent3" w:themeFillTint="66"/>
            <w:vAlign w:val="center"/>
          </w:tcPr>
          <w:p w14:paraId="7038E101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552" w:type="dxa"/>
            <w:shd w:val="clear" w:color="auto" w:fill="E5DFEC" w:themeFill="accent4" w:themeFillTint="33"/>
            <w:vAlign w:val="center"/>
          </w:tcPr>
          <w:p w14:paraId="511CCC56" w14:textId="6AFB4680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10" w:type="dxa"/>
            <w:shd w:val="clear" w:color="auto" w:fill="E5DFEC" w:themeFill="accent4" w:themeFillTint="33"/>
            <w:vAlign w:val="center"/>
          </w:tcPr>
          <w:p w14:paraId="58D7EB83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693" w:type="dxa"/>
            <w:shd w:val="clear" w:color="auto" w:fill="E5DFEC" w:themeFill="accent4" w:themeFillTint="33"/>
            <w:vAlign w:val="center"/>
          </w:tcPr>
          <w:p w14:paraId="6E72EC7C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</w:tr>
      <w:tr w:rsidR="00BF208D" w:rsidRPr="005560C0" w14:paraId="7CCC2551" w14:textId="77777777" w:rsidTr="00960055">
        <w:trPr>
          <w:trHeight w:val="915"/>
          <w:jc w:val="center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7A0F2F7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13:00–13:45</w:t>
            </w:r>
          </w:p>
        </w:tc>
        <w:tc>
          <w:tcPr>
            <w:tcW w:w="2552" w:type="dxa"/>
            <w:shd w:val="clear" w:color="auto" w:fill="B6DDE8" w:themeFill="accent5" w:themeFillTint="66"/>
            <w:vAlign w:val="center"/>
          </w:tcPr>
          <w:p w14:paraId="0495D07D" w14:textId="2A1226FA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sz w:val="24"/>
                <w:szCs w:val="24"/>
              </w:rPr>
              <w:t>ENGELLİ BİRİM TEMSİLCİLİĞİ</w:t>
            </w:r>
          </w:p>
        </w:tc>
        <w:tc>
          <w:tcPr>
            <w:tcW w:w="2652" w:type="dxa"/>
            <w:shd w:val="clear" w:color="auto" w:fill="D6E3BC" w:themeFill="accent3" w:themeFillTint="66"/>
          </w:tcPr>
          <w:p w14:paraId="44E2CD32" w14:textId="77777777" w:rsidR="00BF208D" w:rsidRPr="00767F53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026C0E53" w14:textId="4BE6CB88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066E4180" w14:textId="16AB179C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Hastalıklar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Bilgisi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Bakımı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Akut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K.Has.Bil.ve A(T)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4ED37995" w14:textId="5A49E911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Temel</w:t>
            </w:r>
            <w:proofErr w:type="spellEnd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Gerantoloji</w:t>
            </w:r>
            <w:proofErr w:type="spellEnd"/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21EC2ECD" w14:textId="7B2A96E0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08D" w:rsidRPr="005560C0" w14:paraId="3236FA0B" w14:textId="77777777" w:rsidTr="00960055">
        <w:trPr>
          <w:trHeight w:val="958"/>
          <w:jc w:val="center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EC09321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14:00–14:45</w:t>
            </w:r>
          </w:p>
        </w:tc>
        <w:tc>
          <w:tcPr>
            <w:tcW w:w="2552" w:type="dxa"/>
            <w:shd w:val="clear" w:color="auto" w:fill="B6DDE8" w:themeFill="accent5" w:themeFillTint="66"/>
            <w:vAlign w:val="center"/>
          </w:tcPr>
          <w:p w14:paraId="7CD938D1" w14:textId="3B4D9A12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sz w:val="24"/>
                <w:szCs w:val="24"/>
              </w:rPr>
              <w:t>ENGELLİ BİRİM TEMSİLCİLİĞİ</w:t>
            </w:r>
          </w:p>
        </w:tc>
        <w:tc>
          <w:tcPr>
            <w:tcW w:w="2652" w:type="dxa"/>
            <w:shd w:val="clear" w:color="auto" w:fill="D6E3BC" w:themeFill="accent3" w:themeFillTint="66"/>
          </w:tcPr>
          <w:p w14:paraId="701B0E79" w14:textId="77777777" w:rsidR="00BF208D" w:rsidRPr="00767F53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YAB2027</w:t>
            </w:r>
          </w:p>
          <w:p w14:paraId="3465B658" w14:textId="590731A4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3D1110BB" w14:textId="3CB57DE9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Hastalıklar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Bilgisi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Bakımı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Akut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K.Has.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A(T)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52BBA9B4" w14:textId="607F0552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Temel</w:t>
            </w:r>
            <w:proofErr w:type="spellEnd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Gerantoloji</w:t>
            </w:r>
            <w:proofErr w:type="spellEnd"/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7A693C30" w14:textId="7021AC85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08D" w:rsidRPr="005560C0" w14:paraId="7BBA5940" w14:textId="77777777" w:rsidTr="00960055">
        <w:trPr>
          <w:trHeight w:val="753"/>
          <w:jc w:val="center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2235489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15:00–15:45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206ECBC3" w14:textId="4CB5B982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Projesi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652" w:type="dxa"/>
            <w:shd w:val="clear" w:color="auto" w:fill="D6E3BC" w:themeFill="accent3" w:themeFillTint="66"/>
          </w:tcPr>
          <w:p w14:paraId="040839D2" w14:textId="77777777" w:rsidR="00BF208D" w:rsidRPr="00767F53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6AEA6315" w14:textId="4A9EED94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19AC1D01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Hastalıklar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Bilgisi</w:t>
            </w:r>
            <w:proofErr w:type="spellEnd"/>
          </w:p>
          <w:p w14:paraId="3CE7F9FD" w14:textId="7AE15C2B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ve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Bakımı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(T)</w:t>
            </w:r>
          </w:p>
        </w:tc>
        <w:tc>
          <w:tcPr>
            <w:tcW w:w="2410" w:type="dxa"/>
            <w:shd w:val="clear" w:color="auto" w:fill="EEECE1" w:themeFill="background2"/>
            <w:vAlign w:val="center"/>
          </w:tcPr>
          <w:p w14:paraId="2A6E4557" w14:textId="4D15F202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6366D9B1" w14:textId="4A305BD4" w:rsidR="00BF208D" w:rsidRPr="005560C0" w:rsidRDefault="00BF208D" w:rsidP="00341F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08D" w:rsidRPr="005560C0" w14:paraId="1FF739A3" w14:textId="77777777" w:rsidTr="00960055">
        <w:trPr>
          <w:trHeight w:val="832"/>
          <w:jc w:val="center"/>
        </w:trPr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6FEF96A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16:00–16:45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6EB33970" w14:textId="729A9AFF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Araştırma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Projesi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652" w:type="dxa"/>
            <w:shd w:val="clear" w:color="auto" w:fill="D6E3BC" w:themeFill="accent3" w:themeFillTint="66"/>
          </w:tcPr>
          <w:p w14:paraId="4E0D1AC2" w14:textId="77777777" w:rsidR="00BF208D" w:rsidRPr="00767F53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YAB2027 </w:t>
            </w:r>
          </w:p>
          <w:p w14:paraId="2010AD19" w14:textId="67C87611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 I (U)</w:t>
            </w:r>
          </w:p>
        </w:tc>
        <w:tc>
          <w:tcPr>
            <w:tcW w:w="2552" w:type="dxa"/>
            <w:shd w:val="clear" w:color="auto" w:fill="D6E3BC" w:themeFill="accent3" w:themeFillTint="66"/>
            <w:vAlign w:val="center"/>
          </w:tcPr>
          <w:p w14:paraId="3299CF4A" w14:textId="77777777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Hastalıklar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Bilgisi</w:t>
            </w:r>
            <w:proofErr w:type="spellEnd"/>
          </w:p>
          <w:p w14:paraId="3ACD500E" w14:textId="51B2127D" w:rsidR="00BF208D" w:rsidRPr="005560C0" w:rsidRDefault="00BF208D" w:rsidP="00BF208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ve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>Bakımı</w:t>
            </w:r>
            <w:proofErr w:type="spellEnd"/>
            <w:r w:rsidRPr="005560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(U)</w:t>
            </w:r>
          </w:p>
        </w:tc>
        <w:tc>
          <w:tcPr>
            <w:tcW w:w="2410" w:type="dxa"/>
            <w:shd w:val="clear" w:color="auto" w:fill="FDE9D9" w:themeFill="accent6" w:themeFillTint="33"/>
            <w:vAlign w:val="center"/>
          </w:tcPr>
          <w:p w14:paraId="38F57619" w14:textId="77777777" w:rsidR="00C90462" w:rsidRPr="005560C0" w:rsidRDefault="00C90462" w:rsidP="00C904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</w:p>
          <w:p w14:paraId="7184F6DC" w14:textId="3BC07785" w:rsidR="00BF208D" w:rsidRPr="005560C0" w:rsidRDefault="00C90462" w:rsidP="00C904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  <w:tc>
          <w:tcPr>
            <w:tcW w:w="2693" w:type="dxa"/>
            <w:shd w:val="clear" w:color="auto" w:fill="FBD4B4" w:themeFill="accent6" w:themeFillTint="66"/>
            <w:vAlign w:val="center"/>
          </w:tcPr>
          <w:p w14:paraId="3AF02DF4" w14:textId="77777777" w:rsidR="001F4E84" w:rsidRDefault="00341F07" w:rsidP="00341F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4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Aktif</w:t>
            </w:r>
            <w:proofErr w:type="spellEnd"/>
          </w:p>
          <w:p w14:paraId="14FF4498" w14:textId="4682A375" w:rsidR="00BF208D" w:rsidRPr="005560C0" w:rsidRDefault="00341F07" w:rsidP="001F4E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="001F4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60C0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  <w:proofErr w:type="spellEnd"/>
          </w:p>
        </w:tc>
      </w:tr>
    </w:tbl>
    <w:p w14:paraId="284A1CF1" w14:textId="77777777" w:rsidR="005027E3" w:rsidRDefault="005027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47003A" w14:textId="77777777" w:rsidR="005027E3" w:rsidRDefault="005027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118FC4" w14:textId="77777777" w:rsidR="005027E3" w:rsidRDefault="005027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45D0F2" w14:textId="77777777" w:rsidR="005027E3" w:rsidRDefault="005027E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  <w:gridCol w:w="2422"/>
        <w:gridCol w:w="2436"/>
      </w:tblGrid>
      <w:tr w:rsidR="005027E3" w:rsidRPr="00876437" w14:paraId="15E0CD2B" w14:textId="77777777" w:rsidTr="001017EA">
        <w:trPr>
          <w:trHeight w:val="550"/>
        </w:trPr>
        <w:tc>
          <w:tcPr>
            <w:tcW w:w="14546" w:type="dxa"/>
            <w:gridSpan w:val="6"/>
            <w:shd w:val="clear" w:color="auto" w:fill="C6D9F1" w:themeFill="text2" w:themeFillTint="33"/>
            <w:vAlign w:val="center"/>
          </w:tcPr>
          <w:p w14:paraId="1DD52B09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Öğr</w:t>
            </w:r>
            <w:proofErr w:type="spellEnd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</w:t>
            </w:r>
            <w:proofErr w:type="spellEnd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Sibel</w:t>
            </w:r>
            <w:proofErr w:type="spellEnd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DİLMEN </w:t>
            </w:r>
            <w:proofErr w:type="spellStart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</w:t>
            </w:r>
            <w:proofErr w:type="spellEnd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Programı</w:t>
            </w:r>
            <w:proofErr w:type="spellEnd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</w:t>
            </w:r>
            <w:proofErr w:type="spellEnd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</w:t>
            </w:r>
            <w:proofErr w:type="spellEnd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14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Saatleri</w:t>
            </w:r>
            <w:proofErr w:type="spellEnd"/>
          </w:p>
        </w:tc>
      </w:tr>
      <w:tr w:rsidR="005027E3" w:rsidRPr="00876437" w14:paraId="51E58C48" w14:textId="77777777" w:rsidTr="001017EA">
        <w:trPr>
          <w:trHeight w:val="578"/>
        </w:trPr>
        <w:tc>
          <w:tcPr>
            <w:tcW w:w="2422" w:type="dxa"/>
            <w:shd w:val="clear" w:color="auto" w:fill="D9D9D9" w:themeFill="background1" w:themeFillShade="D9"/>
          </w:tcPr>
          <w:p w14:paraId="6C2B9660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422" w:type="dxa"/>
            <w:shd w:val="clear" w:color="auto" w:fill="D9D9D9" w:themeFill="background1" w:themeFillShade="D9"/>
          </w:tcPr>
          <w:p w14:paraId="5F34E413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Pazartesi</w:t>
            </w:r>
            <w:proofErr w:type="spellEnd"/>
          </w:p>
        </w:tc>
        <w:tc>
          <w:tcPr>
            <w:tcW w:w="2422" w:type="dxa"/>
            <w:shd w:val="clear" w:color="auto" w:fill="D9D9D9" w:themeFill="background1" w:themeFillShade="D9"/>
          </w:tcPr>
          <w:p w14:paraId="0B1E88D8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Salı</w:t>
            </w:r>
            <w:proofErr w:type="spellEnd"/>
          </w:p>
        </w:tc>
        <w:tc>
          <w:tcPr>
            <w:tcW w:w="2422" w:type="dxa"/>
            <w:shd w:val="clear" w:color="auto" w:fill="D9D9D9" w:themeFill="background1" w:themeFillShade="D9"/>
          </w:tcPr>
          <w:p w14:paraId="2D747513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Çarşamba</w:t>
            </w:r>
            <w:proofErr w:type="spellEnd"/>
          </w:p>
        </w:tc>
        <w:tc>
          <w:tcPr>
            <w:tcW w:w="2422" w:type="dxa"/>
            <w:shd w:val="clear" w:color="auto" w:fill="D9D9D9" w:themeFill="background1" w:themeFillShade="D9"/>
          </w:tcPr>
          <w:p w14:paraId="67BC32FD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Perşembe</w:t>
            </w:r>
            <w:proofErr w:type="spellEnd"/>
          </w:p>
        </w:tc>
        <w:tc>
          <w:tcPr>
            <w:tcW w:w="2436" w:type="dxa"/>
            <w:shd w:val="clear" w:color="auto" w:fill="D9D9D9" w:themeFill="background1" w:themeFillShade="D9"/>
          </w:tcPr>
          <w:p w14:paraId="39FD12FD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3CCE5026" w14:textId="77777777" w:rsidR="005027E3" w:rsidRPr="00876437" w:rsidRDefault="005027E3" w:rsidP="001017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7B87" w:rsidRPr="00876437" w14:paraId="3FBDF1A3" w14:textId="77777777" w:rsidTr="001017EA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6E43951F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FE45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:00–0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FE45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31BCC6D7" w14:textId="77777777" w:rsidR="00697B87" w:rsidRPr="001135B5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3224F442" w14:textId="1C05A9C2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YAB2027 MESLEKİ UYGULAMA 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4EBB4CC3" w14:textId="0F8B5E0D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02D06BB3" w14:textId="147DEE4B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</w:tcPr>
          <w:p w14:paraId="10C063B6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87" w:rsidRPr="00876437" w14:paraId="75D1E1AB" w14:textId="77777777" w:rsidTr="001017EA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74EBD917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:00–09:45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16F43E0B" w14:textId="77777777" w:rsidR="00697B87" w:rsidRPr="001135B5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YAB1001 YAŞLI BAKIM İLKE VE UYGULAMALARI I</w:t>
            </w:r>
          </w:p>
        </w:tc>
        <w:tc>
          <w:tcPr>
            <w:tcW w:w="2422" w:type="dxa"/>
            <w:shd w:val="clear" w:color="auto" w:fill="FBD4B4" w:themeFill="accent6" w:themeFillTint="66"/>
          </w:tcPr>
          <w:p w14:paraId="32FCFB0C" w14:textId="204E468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YAB2027 MESLEKİ UYGULAMA 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2E37C70A" w14:textId="70A3CA53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7E226B94" w14:textId="3E2B62C0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</w:tcPr>
          <w:p w14:paraId="09860747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87" w:rsidRPr="00876437" w14:paraId="30CA267F" w14:textId="77777777" w:rsidTr="001017EA">
        <w:trPr>
          <w:trHeight w:val="883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0FCB43C7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:00–10:45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03F3D714" w14:textId="77777777" w:rsidR="00697B87" w:rsidRPr="001135B5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YAB1001 YAŞLI BAKIM İLKE VE UYGULAMALARI I</w:t>
            </w:r>
          </w:p>
        </w:tc>
        <w:tc>
          <w:tcPr>
            <w:tcW w:w="2422" w:type="dxa"/>
            <w:shd w:val="clear" w:color="auto" w:fill="FBD4B4" w:themeFill="accent6" w:themeFillTint="66"/>
          </w:tcPr>
          <w:p w14:paraId="3C8ECD11" w14:textId="75F474B8" w:rsidR="00697B87" w:rsidRPr="0067086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YAB2027 MESLEKİ UYGULAMA 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4D5DE4DC" w14:textId="5695B56E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2621A40A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739EDE7C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87" w:rsidRPr="00876437" w14:paraId="61032E43" w14:textId="77777777" w:rsidTr="001017EA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56339BE5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14F07E28" w14:textId="77777777" w:rsidR="00697B87" w:rsidRPr="001135B5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YAB1001 YAŞLI BAKIM İLKE VE UYGULAMALARI I</w:t>
            </w:r>
          </w:p>
        </w:tc>
        <w:tc>
          <w:tcPr>
            <w:tcW w:w="2422" w:type="dxa"/>
            <w:shd w:val="clear" w:color="auto" w:fill="FBD4B4" w:themeFill="accent6" w:themeFillTint="66"/>
          </w:tcPr>
          <w:p w14:paraId="69246F77" w14:textId="3E2EA237" w:rsidR="00697B87" w:rsidRPr="0067086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YAB2027 MESLEKİ UYGULAMA 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35D50524" w14:textId="485E30BA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EAF1DD" w:themeFill="accent3" w:themeFillTint="33"/>
          </w:tcPr>
          <w:p w14:paraId="483318E9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6B4F6C86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87" w:rsidRPr="00876437" w14:paraId="52A04BBF" w14:textId="77777777" w:rsidTr="001017EA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5212BB99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12:00–13:00</w:t>
            </w:r>
          </w:p>
        </w:tc>
        <w:tc>
          <w:tcPr>
            <w:tcW w:w="2422" w:type="dxa"/>
            <w:shd w:val="clear" w:color="auto" w:fill="E5DFEC" w:themeFill="accent4" w:themeFillTint="33"/>
          </w:tcPr>
          <w:p w14:paraId="33B3AEB4" w14:textId="77777777" w:rsidR="00697B8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20C3B" w14:textId="77777777" w:rsidR="00697B87" w:rsidRPr="001135B5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22" w:type="dxa"/>
            <w:shd w:val="clear" w:color="auto" w:fill="E5DFEC" w:themeFill="accent4" w:themeFillTint="33"/>
          </w:tcPr>
          <w:p w14:paraId="0769A574" w14:textId="77777777" w:rsidR="00697B8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3E6D3" w14:textId="77D8C75D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B87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697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7B87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22" w:type="dxa"/>
            <w:shd w:val="clear" w:color="auto" w:fill="E5DFEC" w:themeFill="accent4" w:themeFillTint="33"/>
          </w:tcPr>
          <w:p w14:paraId="18DD236B" w14:textId="77777777" w:rsidR="00697B8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91B7E" w14:textId="08114051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7B87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697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7B87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22" w:type="dxa"/>
            <w:shd w:val="clear" w:color="auto" w:fill="E5DFEC" w:themeFill="accent4" w:themeFillTint="33"/>
          </w:tcPr>
          <w:p w14:paraId="7BA0B2C5" w14:textId="77777777" w:rsidR="00697B8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73576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  <w:tc>
          <w:tcPr>
            <w:tcW w:w="2436" w:type="dxa"/>
            <w:shd w:val="clear" w:color="auto" w:fill="E5DFEC" w:themeFill="accent4" w:themeFillTint="33"/>
          </w:tcPr>
          <w:p w14:paraId="4CCAE07C" w14:textId="77777777" w:rsidR="00697B8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2CF1D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Öğle</w:t>
            </w:r>
            <w:proofErr w:type="spellEnd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63CB">
              <w:rPr>
                <w:rFonts w:ascii="Times New Roman" w:hAnsi="Times New Roman" w:cs="Times New Roman"/>
                <w:sz w:val="24"/>
                <w:szCs w:val="24"/>
              </w:rPr>
              <w:t>Arası</w:t>
            </w:r>
            <w:proofErr w:type="spellEnd"/>
          </w:p>
        </w:tc>
      </w:tr>
      <w:tr w:rsidR="00697B87" w:rsidRPr="00876437" w14:paraId="69701A94" w14:textId="77777777" w:rsidTr="00933723">
        <w:trPr>
          <w:trHeight w:val="915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6A86D1C6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512A8EA4" w14:textId="77777777" w:rsidR="00697B87" w:rsidRPr="001135B5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YAB2011 SAĞLIK SOSYOLOJİSİ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68AF1120" w14:textId="5655BFB1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YAB2027 MESLEKİ UYGULAMA 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1F30F9E1" w14:textId="0615411C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  <w:vAlign w:val="center"/>
          </w:tcPr>
          <w:p w14:paraId="34EEECE1" w14:textId="77777777" w:rsidR="00697B87" w:rsidRPr="005027E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7E3">
              <w:rPr>
                <w:rFonts w:ascii="Times New Roman" w:hAnsi="Times New Roman" w:cs="Times New Roman"/>
                <w:sz w:val="24"/>
                <w:szCs w:val="24"/>
              </w:rPr>
              <w:t>DANIŞMAN-ÖĞRENCI GÖRÜŞME SAATI</w:t>
            </w: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4D0239CC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87" w:rsidRPr="00876437" w14:paraId="6F292786" w14:textId="77777777" w:rsidTr="001017EA">
        <w:trPr>
          <w:trHeight w:val="958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0CB886F2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1E1DA9F6" w14:textId="77777777" w:rsidR="00697B87" w:rsidRPr="001135B5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YAB2011 SAĞLIK SOSYOLOJİSİ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730E171C" w14:textId="32A7D4D3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YAB2027 MESLEKİ UYGULAMA 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7E9977B7" w14:textId="786F717D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  <w:vAlign w:val="center"/>
          </w:tcPr>
          <w:p w14:paraId="6092B312" w14:textId="77777777" w:rsidR="00697B87" w:rsidRPr="005027E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7E3">
              <w:rPr>
                <w:rFonts w:ascii="Times New Roman" w:hAnsi="Times New Roman" w:cs="Times New Roman"/>
                <w:sz w:val="24"/>
                <w:szCs w:val="24"/>
              </w:rPr>
              <w:t>DANIŞMAN-ÖĞRENCI GÖRÜŞME SAATI</w:t>
            </w: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76ECA2A9" w14:textId="77777777" w:rsidR="00697B87" w:rsidRPr="0067086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87" w:rsidRPr="00876437" w14:paraId="797D2E66" w14:textId="77777777" w:rsidTr="00B6327E">
        <w:trPr>
          <w:trHeight w:val="753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18DE42E2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15:00–1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:45</w:t>
            </w: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38AF67B2" w14:textId="77777777" w:rsidR="00697B87" w:rsidRPr="00767F5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YAB2029 </w:t>
            </w:r>
          </w:p>
          <w:p w14:paraId="21B88DAD" w14:textId="3C29E9C9" w:rsidR="00697B87" w:rsidRPr="001135B5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ARAŞTIRMA PROJESI II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401FFAD1" w14:textId="6B9C6F3A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YAB2027 MESLEKİ UYGULAMA 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25E5FD04" w14:textId="6661C095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03285B2C" w14:textId="77777777" w:rsidR="00697B87" w:rsidRPr="005027E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7E3">
              <w:rPr>
                <w:rFonts w:ascii="Times New Roman" w:hAnsi="Times New Roman" w:cs="Times New Roman"/>
                <w:sz w:val="24"/>
                <w:szCs w:val="24"/>
              </w:rPr>
              <w:t>DERS ÖĞRENCI GÖRÜŞME SAATI</w:t>
            </w:r>
          </w:p>
        </w:tc>
        <w:tc>
          <w:tcPr>
            <w:tcW w:w="2436" w:type="dxa"/>
            <w:shd w:val="clear" w:color="auto" w:fill="EAF1DD" w:themeFill="accent3" w:themeFillTint="33"/>
            <w:vAlign w:val="center"/>
          </w:tcPr>
          <w:p w14:paraId="3E3E5CDC" w14:textId="77777777" w:rsidR="00697B87" w:rsidRPr="0067086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87" w:rsidRPr="00876437" w14:paraId="121A6196" w14:textId="77777777" w:rsidTr="00B6327E">
        <w:trPr>
          <w:trHeight w:val="832"/>
        </w:trPr>
        <w:tc>
          <w:tcPr>
            <w:tcW w:w="2422" w:type="dxa"/>
            <w:shd w:val="clear" w:color="auto" w:fill="F2F2F2" w:themeFill="background1" w:themeFillShade="F2"/>
            <w:vAlign w:val="center"/>
          </w:tcPr>
          <w:p w14:paraId="526A0507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16:00–16:45</w:t>
            </w: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2EFAA0DB" w14:textId="77777777" w:rsidR="00697B87" w:rsidRPr="00767F5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F53">
              <w:rPr>
                <w:rFonts w:ascii="Times New Roman" w:hAnsi="Times New Roman" w:cs="Times New Roman"/>
                <w:sz w:val="24"/>
                <w:szCs w:val="24"/>
              </w:rPr>
              <w:t xml:space="preserve">YAB2029 </w:t>
            </w:r>
          </w:p>
          <w:p w14:paraId="484FAEB1" w14:textId="5FF9CD6B" w:rsidR="00697B87" w:rsidRPr="00767F5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5B5">
              <w:rPr>
                <w:rFonts w:ascii="Times New Roman" w:hAnsi="Times New Roman" w:cs="Times New Roman"/>
                <w:sz w:val="24"/>
                <w:szCs w:val="24"/>
              </w:rPr>
              <w:t>ARAŞTIRMA PROJESI II</w:t>
            </w:r>
          </w:p>
        </w:tc>
        <w:tc>
          <w:tcPr>
            <w:tcW w:w="2422" w:type="dxa"/>
            <w:shd w:val="clear" w:color="auto" w:fill="EAF1DD" w:themeFill="accent3" w:themeFillTint="33"/>
            <w:vAlign w:val="center"/>
          </w:tcPr>
          <w:p w14:paraId="33ED8B47" w14:textId="52FB523C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5E6">
              <w:rPr>
                <w:rFonts w:ascii="Times New Roman" w:hAnsi="Times New Roman" w:cs="Times New Roman"/>
                <w:sz w:val="24"/>
                <w:szCs w:val="24"/>
              </w:rPr>
              <w:t>YAB2027 MESLEKİ UYGULAMA I</w:t>
            </w:r>
          </w:p>
        </w:tc>
        <w:tc>
          <w:tcPr>
            <w:tcW w:w="2422" w:type="dxa"/>
            <w:shd w:val="clear" w:color="auto" w:fill="EAF1DD" w:themeFill="accent3" w:themeFillTint="33"/>
          </w:tcPr>
          <w:p w14:paraId="3B04E781" w14:textId="77777777" w:rsidR="00697B87" w:rsidRPr="00876437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shd w:val="clear" w:color="auto" w:fill="FBD4B4" w:themeFill="accent6" w:themeFillTint="66"/>
          </w:tcPr>
          <w:p w14:paraId="463208FE" w14:textId="77777777" w:rsidR="00697B87" w:rsidRPr="005027E3" w:rsidRDefault="00697B87" w:rsidP="00697B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7E3">
              <w:rPr>
                <w:rFonts w:ascii="Times New Roman" w:hAnsi="Times New Roman" w:cs="Times New Roman"/>
                <w:sz w:val="24"/>
                <w:szCs w:val="24"/>
              </w:rPr>
              <w:t>DERS ÖĞRENCI GÖRÜŞME SAATI</w:t>
            </w:r>
          </w:p>
        </w:tc>
        <w:tc>
          <w:tcPr>
            <w:tcW w:w="2436" w:type="dxa"/>
            <w:shd w:val="clear" w:color="auto" w:fill="EAF1DD" w:themeFill="accent3" w:themeFillTint="33"/>
          </w:tcPr>
          <w:p w14:paraId="088FDCE8" w14:textId="77777777" w:rsidR="00697B87" w:rsidRPr="00876437" w:rsidRDefault="00697B87" w:rsidP="00697B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2B883F" w14:textId="77777777" w:rsidR="005027E3" w:rsidRPr="00876437" w:rsidRDefault="005027E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027E3" w:rsidRPr="00876437" w:rsidSect="008136E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51D1"/>
    <w:rsid w:val="00034616"/>
    <w:rsid w:val="00040FDF"/>
    <w:rsid w:val="0006063C"/>
    <w:rsid w:val="00107A7D"/>
    <w:rsid w:val="001135B5"/>
    <w:rsid w:val="00114BD5"/>
    <w:rsid w:val="001500AA"/>
    <w:rsid w:val="0015074B"/>
    <w:rsid w:val="0016156F"/>
    <w:rsid w:val="001A02F0"/>
    <w:rsid w:val="001A7459"/>
    <w:rsid w:val="001B5415"/>
    <w:rsid w:val="001F4E84"/>
    <w:rsid w:val="002371A0"/>
    <w:rsid w:val="00272A94"/>
    <w:rsid w:val="0029639D"/>
    <w:rsid w:val="002B4E98"/>
    <w:rsid w:val="00301026"/>
    <w:rsid w:val="00311E89"/>
    <w:rsid w:val="00317628"/>
    <w:rsid w:val="00326F90"/>
    <w:rsid w:val="003338BD"/>
    <w:rsid w:val="00341F07"/>
    <w:rsid w:val="003973BA"/>
    <w:rsid w:val="003E5BAF"/>
    <w:rsid w:val="0040220F"/>
    <w:rsid w:val="00490009"/>
    <w:rsid w:val="004D0EE0"/>
    <w:rsid w:val="005027E3"/>
    <w:rsid w:val="00522806"/>
    <w:rsid w:val="005347DC"/>
    <w:rsid w:val="00560813"/>
    <w:rsid w:val="0056591A"/>
    <w:rsid w:val="005C7C7C"/>
    <w:rsid w:val="00620DC1"/>
    <w:rsid w:val="00670863"/>
    <w:rsid w:val="00697B87"/>
    <w:rsid w:val="006B3990"/>
    <w:rsid w:val="00756BC3"/>
    <w:rsid w:val="00767F53"/>
    <w:rsid w:val="008136EB"/>
    <w:rsid w:val="00813CE0"/>
    <w:rsid w:val="00827B3B"/>
    <w:rsid w:val="008525F6"/>
    <w:rsid w:val="00876437"/>
    <w:rsid w:val="00940CCC"/>
    <w:rsid w:val="00960055"/>
    <w:rsid w:val="009A739E"/>
    <w:rsid w:val="009A7750"/>
    <w:rsid w:val="00AA1D8D"/>
    <w:rsid w:val="00B47730"/>
    <w:rsid w:val="00BA6BDD"/>
    <w:rsid w:val="00BC4858"/>
    <w:rsid w:val="00BF208D"/>
    <w:rsid w:val="00C42130"/>
    <w:rsid w:val="00C505CE"/>
    <w:rsid w:val="00C54D95"/>
    <w:rsid w:val="00C57D14"/>
    <w:rsid w:val="00C90462"/>
    <w:rsid w:val="00C969A7"/>
    <w:rsid w:val="00C9769C"/>
    <w:rsid w:val="00CB0664"/>
    <w:rsid w:val="00CF7B50"/>
    <w:rsid w:val="00D10AEC"/>
    <w:rsid w:val="00D27C75"/>
    <w:rsid w:val="00D27E72"/>
    <w:rsid w:val="00E751FD"/>
    <w:rsid w:val="00E92122"/>
    <w:rsid w:val="00EF1EF2"/>
    <w:rsid w:val="00F91D47"/>
    <w:rsid w:val="00FC3524"/>
    <w:rsid w:val="00FC693F"/>
    <w:rsid w:val="00FD5059"/>
    <w:rsid w:val="00FE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BBD82"/>
  <w14:defaultImageDpi w14:val="300"/>
  <w15:docId w15:val="{C1E801A5-4C0B-9B46-8143-2D9832F4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5D35D8-E8A8-4537-96CB-5C8FDBFA8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539</Words>
  <Characters>3076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3</cp:revision>
  <dcterms:created xsi:type="dcterms:W3CDTF">2026-10-01T14:14:00Z</dcterms:created>
  <dcterms:modified xsi:type="dcterms:W3CDTF">2026-10-04T07:16:00Z</dcterms:modified>
  <cp:category/>
</cp:coreProperties>
</file>